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228CB" w14:textId="77777777" w:rsidR="003C1B6A" w:rsidRDefault="00B530F4">
      <w:pPr>
        <w:spacing w:before="240"/>
        <w:jc w:val="center"/>
      </w:pPr>
      <w:r>
        <w:rPr>
          <w:noProof/>
        </w:rPr>
        <w:drawing>
          <wp:inline distT="0" distB="0" distL="0" distR="0" wp14:anchorId="335B6897" wp14:editId="54C8313C">
            <wp:extent cx="1417320" cy="944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1417320" cy="944880"/>
                    </a:xfrm>
                    <a:prstGeom prst="rect">
                      <a:avLst/>
                    </a:prstGeom>
                  </pic:spPr>
                </pic:pic>
              </a:graphicData>
            </a:graphic>
          </wp:inline>
        </w:drawing>
      </w:r>
    </w:p>
    <w:p w14:paraId="68A3C843" w14:textId="77777777" w:rsidR="003C1B6A" w:rsidRDefault="00B530F4">
      <w:pPr>
        <w:pStyle w:val="Title"/>
        <w:jc w:val="center"/>
      </w:pPr>
      <w:r>
        <w:t>CARER STARTER FORM</w:t>
      </w:r>
    </w:p>
    <w:p w14:paraId="6E46AE58" w14:textId="77777777" w:rsidR="003C1B6A" w:rsidRDefault="00B530F4">
      <w:pPr>
        <w:jc w:val="center"/>
      </w:pPr>
      <w:r>
        <w:rPr>
          <w:b/>
          <w:color w:val="526B61"/>
        </w:rPr>
        <w:t>CUSTOMER-FACING ROLES  •  CARERS  •  SUPPORT WORKERS</w:t>
      </w:r>
    </w:p>
    <w:p w14:paraId="289B5769" w14:textId="77777777" w:rsidR="003C1B6A" w:rsidRDefault="00B530F4">
      <w:pPr>
        <w:jc w:val="center"/>
      </w:pPr>
      <w:r>
        <w:rPr>
          <w:i/>
          <w:color w:val="5E6662"/>
        </w:rPr>
        <w:t>Please complete clearly in BLOCK CAPITALS. You can fill this form in on a computer or phone: click a box to tick it and click a line to type. Or print it and fill it in by hand.</w:t>
      </w:r>
    </w:p>
    <w:p w14:paraId="6A753148" w14:textId="77777777" w:rsidR="003C1B6A" w:rsidRDefault="00B530F4">
      <w:pPr>
        <w:jc w:val="center"/>
      </w:pPr>
      <w:r>
        <w:rPr>
          <w:b/>
          <w:sz w:val="20"/>
        </w:rPr>
        <w:t>Compassionate care. Dignity. Independence.</w:t>
      </w:r>
    </w:p>
    <w:p w14:paraId="2CF084B4" w14:textId="77777777" w:rsidR="003C1B6A" w:rsidRDefault="00B530F4">
      <w:pPr>
        <w:pStyle w:val="Heading1"/>
        <w:pBdr>
          <w:bottom w:val="single" w:sz="5" w:space="2" w:color="F4C4CC"/>
        </w:pBdr>
      </w:pPr>
      <w:r>
        <w:rPr>
          <w:color w:val="526B61"/>
        </w:rPr>
        <w:t>1. PERSONAL DETAILS</w:t>
      </w:r>
    </w:p>
    <w:tbl>
      <w:tblPr>
        <w:tblStyle w:val="TableGrid"/>
        <w:tblW w:w="0" w:type="auto"/>
        <w:jc w:val="center"/>
        <w:tblLook w:val="04A0" w:firstRow="1" w:lastRow="0" w:firstColumn="1" w:lastColumn="0" w:noHBand="0" w:noVBand="1"/>
      </w:tblPr>
      <w:tblGrid>
        <w:gridCol w:w="5179"/>
        <w:gridCol w:w="5179"/>
      </w:tblGrid>
      <w:tr w:rsidR="003C1B6A" w14:paraId="78509178" w14:textId="77777777">
        <w:trPr>
          <w:jc w:val="center"/>
        </w:trPr>
        <w:tc>
          <w:tcPr>
            <w:tcW w:w="5184" w:type="dxa"/>
            <w:shd w:val="clear" w:color="auto" w:fill="EEF2EF"/>
            <w:tcMar>
              <w:top w:w="90" w:type="dxa"/>
              <w:left w:w="85" w:type="dxa"/>
              <w:bottom w:w="90" w:type="dxa"/>
              <w:right w:w="85" w:type="dxa"/>
            </w:tcMar>
          </w:tcPr>
          <w:p w14:paraId="221FB64C" w14:textId="77777777" w:rsidR="003C1B6A" w:rsidRDefault="00B530F4">
            <w:pPr>
              <w:spacing w:after="140"/>
            </w:pPr>
            <w:r>
              <w:rPr>
                <w:b/>
                <w:sz w:val="17"/>
              </w:rPr>
              <w:t xml:space="preserve">Title: </w:t>
            </w:r>
            <w:sdt>
              <w:sdtPr>
                <w:rPr>
                  <w:rFonts w:ascii="MS Gothic" w:hAnsi="MS Gothic" w:eastAsia="MS Gothic" w:cs="MS Gothic"/>
                  <w:b/>
                  <w:sz w:val="17"/>
                </w:rPr>
                <w:alias w:val="Personal details - Title: Miss"/>
                <w:tag w:val="Personal details - Title: Miss"/>
                <w:id w:val="700000"/>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Miss  </w:t>
            </w:r>
            <w:sdt>
              <w:sdtPr>
                <w:rPr>
                  <w:rFonts w:ascii="MS Gothic" w:hAnsi="MS Gothic" w:eastAsia="MS Gothic" w:cs="MS Gothic"/>
                  <w:b/>
                  <w:sz w:val="17"/>
                </w:rPr>
                <w:alias w:val="Personal details - Title: Mrs"/>
                <w:tag w:val="Personal details - Title: Mrs"/>
                <w:id w:val="700001"/>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Mrs  </w:t>
            </w:r>
            <w:sdt>
              <w:sdtPr>
                <w:rPr>
                  <w:rFonts w:ascii="MS Gothic" w:hAnsi="MS Gothic" w:eastAsia="MS Gothic" w:cs="MS Gothic"/>
                  <w:b/>
                  <w:sz w:val="17"/>
                </w:rPr>
                <w:alias w:val="Personal details - Title: Ms"/>
                <w:tag w:val="Personal details - Title: Ms"/>
                <w:id w:val="700002"/>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Ms  </w:t>
            </w:r>
            <w:sdt>
              <w:sdtPr>
                <w:rPr>
                  <w:rFonts w:ascii="MS Gothic" w:hAnsi="MS Gothic" w:eastAsia="MS Gothic" w:cs="MS Gothic"/>
                  <w:b/>
                  <w:sz w:val="17"/>
                </w:rPr>
                <w:alias w:val="Personal details - Title: Mr"/>
                <w:tag w:val="Personal details - Title: Mr"/>
                <w:id w:val="700003"/>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Mr  </w:t>
            </w:r>
            <w:sdt>
              <w:sdtPr>
                <w:rPr>
                  <w:rFonts w:ascii="MS Gothic" w:hAnsi="MS Gothic" w:eastAsia="MS Gothic" w:cs="MS Gothic"/>
                  <w:b/>
                  <w:sz w:val="17"/>
                </w:rPr>
                <w:alias w:val="Personal details - Title: Other"/>
                <w:tag w:val="Personal details - Title: Other"/>
                <w:id w:val="700004"/>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Other</w:t>
            </w:r>
          </w:p>
          <w:p w14:paraId="35A15156" w14:textId="77777777" w:rsidR="003C1B6A" w:rsidRDefault="00B530F4">
            <w:pPr>
              <w:spacing w:after="0"/>
            </w:pPr>
            <w:sdt>
              <w:sdtPr>
                <w:rPr>
                  <w:color w:val="A0AAA4"/>
                  <w:sz w:val="16"/>
                </w:rPr>
                <w:alias w:val="Personal details - Title"/>
                <w:tag w:val="Personal details - Title"/>
                <w:id w:val="700005"/>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8BA0DE9" w14:textId="77777777" w:rsidR="003C1B6A" w:rsidRDefault="00B530F4">
            <w:pPr>
              <w:spacing w:after="140"/>
            </w:pPr>
            <w:r>
              <w:rPr>
                <w:b/>
                <w:sz w:val="17"/>
              </w:rPr>
              <w:t>First name(s)</w:t>
            </w:r>
          </w:p>
          <w:p w14:paraId="64B469ED" w14:textId="77777777" w:rsidR="003C1B6A" w:rsidRDefault="00B530F4">
            <w:pPr>
              <w:spacing w:after="0"/>
            </w:pPr>
            <w:sdt>
              <w:sdtPr>
                <w:rPr>
                  <w:color w:val="A0AAA4"/>
                  <w:sz w:val="16"/>
                </w:rPr>
                <w:alias w:val="Personal details - First name(s)"/>
                <w:tag w:val="Personal details - First name(s)"/>
                <w:id w:val="700006"/>
                <w:showingPlcHdr/>
                <w:text/>
              </w:sdtPr>
              <w:sdtContent>
                <w:r>
                  <w:rPr>
                    <w:color w:val="A0AAA4"/>
                    <w:sz w:val="16"/>
                  </w:rPr>
                  <w:t xml:space="preserve">_________________________________________________________</w:t>
                </w:r>
              </w:sdtContent>
            </w:sdt>
          </w:p>
        </w:tc>
      </w:tr>
      <w:tr w:rsidR="003C1B6A" w14:paraId="2CAC210B" w14:textId="77777777">
        <w:trPr>
          <w:jc w:val="center"/>
        </w:trPr>
        <w:tc>
          <w:tcPr>
            <w:tcW w:w="5184" w:type="dxa"/>
            <w:shd w:val="clear" w:color="auto" w:fill="FFFFFF"/>
            <w:tcMar>
              <w:top w:w="90" w:type="dxa"/>
              <w:left w:w="85" w:type="dxa"/>
              <w:bottom w:w="90" w:type="dxa"/>
              <w:right w:w="85" w:type="dxa"/>
            </w:tcMar>
          </w:tcPr>
          <w:p w14:paraId="45E9A9C5" w14:textId="77777777" w:rsidR="003C1B6A" w:rsidRDefault="00B530F4">
            <w:pPr>
              <w:spacing w:after="140"/>
            </w:pPr>
            <w:r>
              <w:rPr>
                <w:b/>
                <w:sz w:val="17"/>
              </w:rPr>
              <w:t>Middle name(s)</w:t>
            </w:r>
          </w:p>
          <w:p w14:paraId="3022CA1A" w14:textId="77777777" w:rsidR="003C1B6A" w:rsidRDefault="00B530F4">
            <w:pPr>
              <w:spacing w:after="0"/>
            </w:pPr>
            <w:sdt>
              <w:sdtPr>
                <w:rPr>
                  <w:color w:val="A0AAA4"/>
                  <w:sz w:val="16"/>
                </w:rPr>
                <w:alias w:val="Personal details - Middle name(s)"/>
                <w:tag w:val="Personal details - Middle name(s)"/>
                <w:id w:val="700007"/>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41B011A0" w14:textId="77777777" w:rsidR="003C1B6A" w:rsidRDefault="00B530F4">
            <w:pPr>
              <w:spacing w:after="140"/>
            </w:pPr>
            <w:r>
              <w:rPr>
                <w:b/>
                <w:sz w:val="17"/>
              </w:rPr>
              <w:t>Surname</w:t>
            </w:r>
          </w:p>
          <w:p w14:paraId="1AA0FA39" w14:textId="77777777" w:rsidR="003C1B6A" w:rsidRDefault="00B530F4">
            <w:pPr>
              <w:spacing w:after="0"/>
            </w:pPr>
            <w:sdt>
              <w:sdtPr>
                <w:rPr>
                  <w:color w:val="A0AAA4"/>
                  <w:sz w:val="16"/>
                </w:rPr>
                <w:alias w:val="Personal details - Surname"/>
                <w:tag w:val="Personal details - Surname"/>
                <w:id w:val="700008"/>
                <w:showingPlcHdr/>
                <w:text/>
              </w:sdtPr>
              <w:sdtContent>
                <w:r>
                  <w:rPr>
                    <w:color w:val="A0AAA4"/>
                    <w:sz w:val="16"/>
                  </w:rPr>
                  <w:t xml:space="preserve">_________________________________________________________</w:t>
                </w:r>
              </w:sdtContent>
            </w:sdt>
          </w:p>
        </w:tc>
      </w:tr>
      <w:tr w:rsidR="003C1B6A" w14:paraId="255C4278" w14:textId="77777777">
        <w:trPr>
          <w:jc w:val="center"/>
        </w:trPr>
        <w:tc>
          <w:tcPr>
            <w:tcW w:w="5184" w:type="dxa"/>
            <w:shd w:val="clear" w:color="auto" w:fill="EEF2EF"/>
            <w:tcMar>
              <w:top w:w="90" w:type="dxa"/>
              <w:left w:w="85" w:type="dxa"/>
              <w:bottom w:w="90" w:type="dxa"/>
              <w:right w:w="85" w:type="dxa"/>
            </w:tcMar>
          </w:tcPr>
          <w:p w14:paraId="627C6FA5" w14:textId="77777777" w:rsidR="003C1B6A" w:rsidRDefault="00B530F4">
            <w:pPr>
              <w:spacing w:after="140"/>
            </w:pPr>
            <w:r>
              <w:rPr>
                <w:b/>
                <w:sz w:val="17"/>
              </w:rPr>
              <w:t>Date of birth</w:t>
            </w:r>
          </w:p>
          <w:p w14:paraId="5AD4062D" w14:textId="77777777" w:rsidR="003C1B6A" w:rsidRDefault="00B530F4">
            <w:pPr>
              <w:spacing w:after="0"/>
            </w:pPr>
            <w:sdt>
              <w:sdtPr>
                <w:rPr>
                  <w:color w:val="A0AAA4"/>
                  <w:sz w:val="16"/>
                </w:rPr>
                <w:alias w:val="Personal details - Date of birth"/>
                <w:tag w:val="Personal details - Date of birth"/>
                <w:id w:val="700009"/>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12FDC225" w14:textId="77777777" w:rsidR="003C1B6A" w:rsidRDefault="00B530F4">
            <w:pPr>
              <w:spacing w:after="140"/>
            </w:pPr>
            <w:r>
              <w:rPr>
                <w:b/>
                <w:sz w:val="17"/>
              </w:rPr>
              <w:t>Contact number</w:t>
            </w:r>
          </w:p>
          <w:p w14:paraId="2C0DB818" w14:textId="77777777" w:rsidR="003C1B6A" w:rsidRDefault="00B530F4">
            <w:pPr>
              <w:spacing w:after="0"/>
            </w:pPr>
            <w:sdt>
              <w:sdtPr>
                <w:rPr>
                  <w:color w:val="A0AAA4"/>
                  <w:sz w:val="16"/>
                </w:rPr>
                <w:alias w:val="Personal details - Contact number"/>
                <w:tag w:val="Personal details - Contact number"/>
                <w:id w:val="700010"/>
                <w:showingPlcHdr/>
                <w:text/>
              </w:sdtPr>
              <w:sdtContent>
                <w:r>
                  <w:rPr>
                    <w:color w:val="A0AAA4"/>
                    <w:sz w:val="16"/>
                  </w:rPr>
                  <w:t xml:space="preserve">_________________________________________________________</w:t>
                </w:r>
              </w:sdtContent>
            </w:sdt>
          </w:p>
        </w:tc>
      </w:tr>
      <w:tr w:rsidR="003C1B6A" w14:paraId="2B9BC592" w14:textId="77777777">
        <w:trPr>
          <w:jc w:val="center"/>
        </w:trPr>
        <w:tc>
          <w:tcPr>
            <w:tcW w:w="5184" w:type="dxa"/>
            <w:shd w:val="clear" w:color="auto" w:fill="FFFFFF"/>
            <w:tcMar>
              <w:top w:w="90" w:type="dxa"/>
              <w:left w:w="85" w:type="dxa"/>
              <w:bottom w:w="90" w:type="dxa"/>
              <w:right w:w="85" w:type="dxa"/>
            </w:tcMar>
          </w:tcPr>
          <w:p w14:paraId="5F6EAF96" w14:textId="77777777" w:rsidR="003C1B6A" w:rsidRDefault="00B530F4">
            <w:pPr>
              <w:spacing w:after="140"/>
            </w:pPr>
            <w:r>
              <w:rPr>
                <w:b/>
                <w:sz w:val="17"/>
              </w:rPr>
              <w:t>Email address</w:t>
            </w:r>
          </w:p>
          <w:p w14:paraId="3452FDF6" w14:textId="77777777" w:rsidR="003C1B6A" w:rsidRDefault="00B530F4">
            <w:pPr>
              <w:spacing w:after="0"/>
            </w:pPr>
            <w:sdt>
              <w:sdtPr>
                <w:rPr>
                  <w:color w:val="A0AAA4"/>
                  <w:sz w:val="16"/>
                </w:rPr>
                <w:alias w:val="Personal details - Email address"/>
                <w:tag w:val="Personal details - Email address"/>
                <w:id w:val="700011"/>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6EE5927E" w14:textId="77777777" w:rsidR="003C1B6A" w:rsidRDefault="00B530F4">
            <w:pPr>
              <w:spacing w:after="140"/>
            </w:pPr>
            <w:r>
              <w:rPr>
                <w:b/>
                <w:sz w:val="17"/>
              </w:rPr>
              <w:t>National Insurance number</w:t>
            </w:r>
          </w:p>
          <w:p w14:paraId="7831DA97" w14:textId="77777777" w:rsidR="003C1B6A" w:rsidRDefault="00B530F4">
            <w:pPr>
              <w:spacing w:after="0"/>
            </w:pPr>
            <w:sdt>
              <w:sdtPr>
                <w:rPr>
                  <w:color w:val="A0AAA4"/>
                  <w:sz w:val="16"/>
                </w:rPr>
                <w:alias w:val="Personal details - National Insurance number"/>
                <w:tag w:val="Personal details - National Insurance number"/>
                <w:id w:val="700012"/>
                <w:showingPlcHdr/>
                <w:text/>
              </w:sdtPr>
              <w:sdtContent>
                <w:r>
                  <w:rPr>
                    <w:color w:val="A0AAA4"/>
                    <w:sz w:val="16"/>
                  </w:rPr>
                  <w:t xml:space="preserve">_________________________________________________________</w:t>
                </w:r>
              </w:sdtContent>
            </w:sdt>
          </w:p>
        </w:tc>
      </w:tr>
      <w:tr w:rsidR="003C1B6A" w14:paraId="0D892A1B" w14:textId="77777777">
        <w:trPr>
          <w:jc w:val="center"/>
        </w:trPr>
        <w:tc>
          <w:tcPr>
            <w:tcW w:w="5184" w:type="dxa"/>
            <w:shd w:val="clear" w:color="auto" w:fill="EEF2EF"/>
            <w:tcMar>
              <w:top w:w="90" w:type="dxa"/>
              <w:left w:w="85" w:type="dxa"/>
              <w:bottom w:w="90" w:type="dxa"/>
              <w:right w:w="85" w:type="dxa"/>
            </w:tcMar>
          </w:tcPr>
          <w:p w14:paraId="11F74F7A" w14:textId="77777777" w:rsidR="003C1B6A" w:rsidRDefault="00B530F4">
            <w:pPr>
              <w:spacing w:after="140"/>
            </w:pPr>
            <w:r>
              <w:rPr>
                <w:b/>
                <w:sz w:val="17"/>
              </w:rPr>
              <w:t>Year of marriage (if applicable)</w:t>
            </w:r>
          </w:p>
          <w:p w14:paraId="57B0C234" w14:textId="77777777" w:rsidR="003C1B6A" w:rsidRDefault="00B530F4">
            <w:pPr>
              <w:spacing w:after="0"/>
            </w:pPr>
            <w:sdt>
              <w:sdtPr>
                <w:rPr>
                  <w:color w:val="A0AAA4"/>
                  <w:sz w:val="16"/>
                </w:rPr>
                <w:alias w:val="Personal details - Year of marriage (if applicable)"/>
                <w:tag w:val="Personal details - Year of marriage (if applicable)"/>
                <w:id w:val="700013"/>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33171849" w14:textId="77777777" w:rsidR="003C1B6A" w:rsidRDefault="00B530F4">
            <w:pPr>
              <w:spacing w:after="140"/>
            </w:pPr>
            <w:r>
              <w:rPr>
                <w:b/>
                <w:sz w:val="17"/>
              </w:rPr>
              <w:t>Previous names (including maiden name)</w:t>
            </w:r>
          </w:p>
          <w:p w14:paraId="180B88BB" w14:textId="77777777" w:rsidR="003C1B6A" w:rsidRDefault="00B530F4">
            <w:pPr>
              <w:spacing w:after="0"/>
            </w:pPr>
            <w:sdt>
              <w:sdtPr>
                <w:rPr>
                  <w:color w:val="A0AAA4"/>
                  <w:sz w:val="16"/>
                </w:rPr>
                <w:alias w:val="Personal details - Previous names (including maiden name)"/>
                <w:tag w:val="Personal details - Previous names (including maiden name)"/>
                <w:id w:val="700014"/>
                <w:showingPlcHdr/>
                <w:text/>
              </w:sdtPr>
              <w:sdtContent>
                <w:r>
                  <w:rPr>
                    <w:color w:val="A0AAA4"/>
                    <w:sz w:val="16"/>
                  </w:rPr>
                  <w:t xml:space="preserve">_________________________________________________________</w:t>
                </w:r>
              </w:sdtContent>
            </w:sdt>
          </w:p>
        </w:tc>
      </w:tr>
      <w:tr w:rsidR="003C1B6A" w14:paraId="468D505C" w14:textId="77777777">
        <w:trPr>
          <w:jc w:val="center"/>
        </w:trPr>
        <w:tc>
          <w:tcPr>
            <w:tcW w:w="5184" w:type="dxa"/>
            <w:shd w:val="clear" w:color="auto" w:fill="FFFFFF"/>
            <w:tcMar>
              <w:top w:w="90" w:type="dxa"/>
              <w:left w:w="85" w:type="dxa"/>
              <w:bottom w:w="90" w:type="dxa"/>
              <w:right w:w="85" w:type="dxa"/>
            </w:tcMar>
          </w:tcPr>
          <w:p w14:paraId="6220FBD0" w14:textId="77777777" w:rsidR="003C1B6A" w:rsidRDefault="00B530F4">
            <w:pPr>
              <w:spacing w:after="140"/>
            </w:pPr>
            <w:r>
              <w:rPr>
                <w:b/>
                <w:sz w:val="17"/>
              </w:rPr>
              <w:t>Dates previous names were used</w:t>
            </w:r>
          </w:p>
          <w:p w14:paraId="266948A2" w14:textId="77777777" w:rsidR="003C1B6A" w:rsidRDefault="00B530F4">
            <w:pPr>
              <w:spacing w:after="0"/>
            </w:pPr>
            <w:sdt>
              <w:sdtPr>
                <w:rPr>
                  <w:color w:val="A0AAA4"/>
                  <w:sz w:val="16"/>
                </w:rPr>
                <w:alias w:val="Personal details - Dates previous names were used"/>
                <w:tag w:val="Personal details - Dates previous names were used"/>
                <w:id w:val="700015"/>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3014422C" w14:textId="77777777" w:rsidR="003C1B6A" w:rsidRDefault="00B530F4">
            <w:pPr>
              <w:spacing w:after="140"/>
            </w:pPr>
            <w:r>
              <w:rPr>
                <w:b/>
                <w:sz w:val="17"/>
              </w:rPr>
              <w:t xml:space="preserve">Evidence of name change supplied: </w:t>
            </w:r>
            <w:sdt>
              <w:sdtPr>
                <w:rPr>
                  <w:rFonts w:ascii="MS Gothic" w:hAnsi="MS Gothic" w:eastAsia="MS Gothic" w:cs="MS Gothic"/>
                  <w:b/>
                  <w:sz w:val="17"/>
                </w:rPr>
                <w:alias w:val="Personal details - Evidence of name change supplied: Yes"/>
                <w:tag w:val="Personal details - Evidence of name change supplied: Yes"/>
                <w:id w:val="700016"/>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Personal details - Evidence of name change supplied: N/A"/>
                <w:tag w:val="Personal details - Evidence of name change supplied: N/A"/>
                <w:id w:val="700017"/>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N/A</w:t>
            </w:r>
          </w:p>
          <w:p w14:paraId="143B6B3A" w14:textId="77777777" w:rsidR="003C1B6A" w:rsidRDefault="00B530F4">
            <w:pPr>
              <w:spacing w:after="0"/>
            </w:pPr>
            <w:sdt>
              <w:sdtPr>
                <w:rPr>
                  <w:color w:val="A0AAA4"/>
                  <w:sz w:val="16"/>
                </w:rPr>
                <w:alias w:val="Personal details - Evidence of name change supplied"/>
                <w:tag w:val="Personal details - Evidence of name change supplied"/>
                <w:id w:val="700018"/>
                <w:showingPlcHdr/>
                <w:text/>
              </w:sdtPr>
              <w:sdtContent>
                <w:r>
                  <w:rPr>
                    <w:color w:val="A0AAA4"/>
                    <w:sz w:val="16"/>
                  </w:rPr>
                  <w:t xml:space="preserve">_________________________________________________________</w:t>
                </w:r>
              </w:sdtContent>
            </w:sdt>
          </w:p>
        </w:tc>
      </w:tr>
    </w:tbl>
    <w:p w14:paraId="3650AD6B" w14:textId="77777777" w:rsidR="003C1B6A" w:rsidRDefault="00B530F4">
      <w:r>
        <w:rPr>
          <w:i/>
        </w:rPr>
        <w:t>Please provide evidence of name changes where required, such as a marriage certificate, deed poll or divorce documentation.</w:t>
      </w:r>
    </w:p>
    <w:p w14:paraId="5019AD19" w14:textId="77777777" w:rsidR="003C1B6A" w:rsidRDefault="00B530F4">
      <w:pPr>
        <w:pStyle w:val="Heading1"/>
        <w:pBdr>
          <w:bottom w:val="single" w:sz="5" w:space="2" w:color="F4C4CC"/>
        </w:pBdr>
      </w:pPr>
      <w:r>
        <w:rPr>
          <w:color w:val="526B61"/>
        </w:rPr>
        <w:t>2. CURRENT ADDRESS AND FIVE-YEAR ADDRESS HISTORY</w:t>
      </w:r>
    </w:p>
    <w:tbl>
      <w:tblPr>
        <w:tblStyle w:val="TableGrid"/>
        <w:tblW w:w="0" w:type="auto"/>
        <w:jc w:val="center"/>
        <w:tblLook w:val="04A0" w:firstRow="1" w:lastRow="0" w:firstColumn="1" w:lastColumn="0" w:noHBand="0" w:noVBand="1"/>
      </w:tblPr>
      <w:tblGrid>
        <w:gridCol w:w="5468"/>
        <w:gridCol w:w="2057"/>
        <w:gridCol w:w="2833"/>
      </w:tblGrid>
      <w:tr w:rsidR="003C1B6A" w14:paraId="10D76DBE" w14:textId="77777777">
        <w:trPr>
          <w:jc w:val="center"/>
        </w:trPr>
        <w:tc>
          <w:tcPr>
            <w:tcW w:w="5184" w:type="dxa"/>
            <w:shd w:val="clear" w:color="auto" w:fill="EEF2EF"/>
            <w:tcMar>
              <w:top w:w="90" w:type="dxa"/>
              <w:left w:w="85" w:type="dxa"/>
              <w:bottom w:w="90" w:type="dxa"/>
              <w:right w:w="85" w:type="dxa"/>
            </w:tcMar>
          </w:tcPr>
          <w:p w14:paraId="04128003" w14:textId="77777777" w:rsidR="003C1B6A" w:rsidRDefault="00B530F4">
            <w:pPr>
              <w:spacing w:after="140"/>
            </w:pPr>
            <w:r>
              <w:rPr>
                <w:b/>
                <w:sz w:val="17"/>
              </w:rPr>
              <w:t>Current address line 1</w:t>
            </w:r>
          </w:p>
          <w:p w14:paraId="54C5A418" w14:textId="77777777" w:rsidR="003C1B6A" w:rsidRDefault="00B530F4">
            <w:pPr>
              <w:spacing w:after="0"/>
            </w:pPr>
            <w:sdt>
              <w:sdtPr>
                <w:rPr>
                  <w:color w:val="A0AAA4"/>
                  <w:sz w:val="16"/>
                </w:rPr>
                <w:alias w:val="Current address and five-year address history - Current address line 1"/>
                <w:tag w:val="Current address and five-year address history - Current address line 1"/>
                <w:id w:val="700019"/>
                <w:showingPlcHdr/>
                <w:text/>
              </w:sdtPr>
              <w:sdtContent>
                <w:r>
                  <w:rPr>
                    <w:color w:val="A0AAA4"/>
                    <w:sz w:val="16"/>
                  </w:rPr>
                  <w:t xml:space="preserve">_________________________________________________________</w:t>
                </w:r>
              </w:sdtContent>
            </w:sdt>
          </w:p>
        </w:tc>
        <w:tc>
          <w:tcPr>
            <w:tcW w:w="5184" w:type="dxa"/>
            <w:gridSpan w:val="2"/>
            <w:shd w:val="clear" w:color="auto" w:fill="EEF2EF"/>
            <w:tcMar>
              <w:top w:w="90" w:type="dxa"/>
              <w:left w:w="85" w:type="dxa"/>
              <w:bottom w:w="90" w:type="dxa"/>
              <w:right w:w="85" w:type="dxa"/>
            </w:tcMar>
          </w:tcPr>
          <w:p w14:paraId="3D34FE9E" w14:textId="77777777" w:rsidR="003C1B6A" w:rsidRDefault="00B530F4">
            <w:pPr>
              <w:spacing w:after="140"/>
            </w:pPr>
            <w:r>
              <w:rPr>
                <w:b/>
                <w:sz w:val="17"/>
              </w:rPr>
              <w:t>Current address line 2</w:t>
            </w:r>
          </w:p>
          <w:p w14:paraId="3518BB55" w14:textId="77777777" w:rsidR="003C1B6A" w:rsidRDefault="00B530F4">
            <w:pPr>
              <w:spacing w:after="0"/>
            </w:pPr>
            <w:sdt>
              <w:sdtPr>
                <w:rPr>
                  <w:color w:val="A0AAA4"/>
                  <w:sz w:val="16"/>
                </w:rPr>
                <w:alias w:val="Current address and five-year address history - Current address line 2"/>
                <w:tag w:val="Current address and five-year address history - Current address line 2"/>
                <w:id w:val="700020"/>
                <w:showingPlcHdr/>
                <w:text/>
              </w:sdtPr>
              <w:sdtContent>
                <w:r>
                  <w:rPr>
                    <w:color w:val="A0AAA4"/>
                    <w:sz w:val="16"/>
                  </w:rPr>
                  <w:t xml:space="preserve">_________________________________________________________</w:t>
                </w:r>
              </w:sdtContent>
            </w:sdt>
          </w:p>
        </w:tc>
      </w:tr>
      <w:tr w:rsidR="003C1B6A" w14:paraId="56523E49" w14:textId="77777777">
        <w:trPr>
          <w:jc w:val="center"/>
        </w:trPr>
        <w:tc>
          <w:tcPr>
            <w:tcW w:w="5184" w:type="dxa"/>
            <w:shd w:val="clear" w:color="auto" w:fill="FFFFFF"/>
            <w:tcMar>
              <w:top w:w="90" w:type="dxa"/>
              <w:left w:w="85" w:type="dxa"/>
              <w:bottom w:w="90" w:type="dxa"/>
              <w:right w:w="85" w:type="dxa"/>
            </w:tcMar>
          </w:tcPr>
          <w:p w14:paraId="3399DEE7" w14:textId="77777777" w:rsidR="003C1B6A" w:rsidRDefault="00B530F4">
            <w:pPr>
              <w:spacing w:after="140"/>
            </w:pPr>
            <w:r>
              <w:rPr>
                <w:b/>
                <w:sz w:val="17"/>
              </w:rPr>
              <w:t>Town/city</w:t>
            </w:r>
          </w:p>
          <w:p w14:paraId="31090555" w14:textId="77777777" w:rsidR="003C1B6A" w:rsidRDefault="00B530F4">
            <w:pPr>
              <w:spacing w:after="0"/>
            </w:pPr>
            <w:sdt>
              <w:sdtPr>
                <w:rPr>
                  <w:color w:val="A0AAA4"/>
                  <w:sz w:val="16"/>
                </w:rPr>
                <w:alias w:val="Current address and five-year address history - Town/city"/>
                <w:tag w:val="Current address and five-year address history - Town/city"/>
                <w:id w:val="700021"/>
                <w:showingPlcHdr/>
                <w:text/>
              </w:sdtPr>
              <w:sdtContent>
                <w:r>
                  <w:rPr>
                    <w:color w:val="A0AAA4"/>
                    <w:sz w:val="16"/>
                  </w:rPr>
                  <w:t xml:space="preserve">_________________________________________________________</w:t>
                </w:r>
              </w:sdtContent>
            </w:sdt>
          </w:p>
        </w:tc>
        <w:tc>
          <w:tcPr>
            <w:tcW w:w="5184" w:type="dxa"/>
            <w:gridSpan w:val="2"/>
            <w:shd w:val="clear" w:color="auto" w:fill="FFFFFF"/>
            <w:tcMar>
              <w:top w:w="90" w:type="dxa"/>
              <w:left w:w="85" w:type="dxa"/>
              <w:bottom w:w="90" w:type="dxa"/>
              <w:right w:w="85" w:type="dxa"/>
            </w:tcMar>
          </w:tcPr>
          <w:p w14:paraId="421E574F" w14:textId="77777777" w:rsidR="003C1B6A" w:rsidRDefault="00B530F4">
            <w:pPr>
              <w:spacing w:after="140"/>
            </w:pPr>
            <w:r>
              <w:rPr>
                <w:b/>
                <w:sz w:val="17"/>
              </w:rPr>
              <w:t>County</w:t>
            </w:r>
          </w:p>
          <w:p w14:paraId="21084BD7" w14:textId="77777777" w:rsidR="003C1B6A" w:rsidRDefault="00B530F4">
            <w:pPr>
              <w:spacing w:after="0"/>
            </w:pPr>
            <w:sdt>
              <w:sdtPr>
                <w:rPr>
                  <w:color w:val="A0AAA4"/>
                  <w:sz w:val="16"/>
                </w:rPr>
                <w:alias w:val="Current address and five-year address history - County"/>
                <w:tag w:val="Current address and five-year address history - County"/>
                <w:id w:val="700022"/>
                <w:showingPlcHdr/>
                <w:text/>
              </w:sdtPr>
              <w:sdtContent>
                <w:r>
                  <w:rPr>
                    <w:color w:val="A0AAA4"/>
                    <w:sz w:val="16"/>
                  </w:rPr>
                  <w:t xml:space="preserve">_________________________________________________________</w:t>
                </w:r>
              </w:sdtContent>
            </w:sdt>
          </w:p>
        </w:tc>
      </w:tr>
      <w:tr w:rsidR="003C1B6A" w14:paraId="46078957" w14:textId="77777777">
        <w:trPr>
          <w:jc w:val="center"/>
        </w:trPr>
        <w:tc>
          <w:tcPr>
            <w:tcW w:w="5184" w:type="dxa"/>
            <w:shd w:val="clear" w:color="auto" w:fill="EEF2EF"/>
            <w:tcMar>
              <w:top w:w="90" w:type="dxa"/>
              <w:left w:w="85" w:type="dxa"/>
              <w:bottom w:w="90" w:type="dxa"/>
              <w:right w:w="85" w:type="dxa"/>
            </w:tcMar>
          </w:tcPr>
          <w:p w14:paraId="2C2C65CA" w14:textId="77777777" w:rsidR="003C1B6A" w:rsidRDefault="00B530F4">
            <w:pPr>
              <w:spacing w:after="140"/>
            </w:pPr>
            <w:r>
              <w:rPr>
                <w:b/>
                <w:sz w:val="17"/>
              </w:rPr>
              <w:t>Postcode</w:t>
            </w:r>
          </w:p>
          <w:p w14:paraId="3E49C61B" w14:textId="77777777" w:rsidR="003C1B6A" w:rsidRDefault="00B530F4">
            <w:pPr>
              <w:spacing w:after="0"/>
            </w:pPr>
            <w:sdt>
              <w:sdtPr>
                <w:rPr>
                  <w:color w:val="A0AAA4"/>
                  <w:sz w:val="16"/>
                </w:rPr>
                <w:alias w:val="Current address and five-year address history - Postcode"/>
                <w:tag w:val="Current address and five-year address history - Postcode"/>
                <w:id w:val="700023"/>
                <w:showingPlcHdr/>
                <w:text/>
              </w:sdtPr>
              <w:sdtContent>
                <w:r>
                  <w:rPr>
                    <w:color w:val="A0AAA4"/>
                    <w:sz w:val="16"/>
                  </w:rPr>
                  <w:t xml:space="preserve">_________________________________________________________</w:t>
                </w:r>
              </w:sdtContent>
            </w:sdt>
          </w:p>
        </w:tc>
        <w:tc>
          <w:tcPr>
            <w:tcW w:w="5184" w:type="dxa"/>
            <w:gridSpan w:val="2"/>
            <w:shd w:val="clear" w:color="auto" w:fill="EEF2EF"/>
            <w:tcMar>
              <w:top w:w="90" w:type="dxa"/>
              <w:left w:w="85" w:type="dxa"/>
              <w:bottom w:w="90" w:type="dxa"/>
              <w:right w:w="85" w:type="dxa"/>
            </w:tcMar>
          </w:tcPr>
          <w:p w14:paraId="2F41DDD7" w14:textId="77777777" w:rsidR="003C1B6A" w:rsidRDefault="00B530F4">
            <w:pPr>
              <w:spacing w:after="140"/>
            </w:pPr>
            <w:r>
              <w:rPr>
                <w:b/>
                <w:sz w:val="17"/>
              </w:rPr>
              <w:t>Date moved in</w:t>
            </w:r>
          </w:p>
          <w:p w14:paraId="0CE84764" w14:textId="77777777" w:rsidR="003C1B6A" w:rsidRDefault="00B530F4">
            <w:pPr>
              <w:spacing w:after="0"/>
            </w:pPr>
            <w:sdt>
              <w:sdtPr>
                <w:rPr>
                  <w:color w:val="A0AAA4"/>
                  <w:sz w:val="16"/>
                </w:rPr>
                <w:alias w:val="Current address and five-year address history - Date moved in"/>
                <w:tag w:val="Current address and five-year address history - Date moved in"/>
                <w:id w:val="700024"/>
                <w:showingPlcHdr/>
                <w:text/>
              </w:sdtPr>
              <w:sdtContent>
                <w:r>
                  <w:rPr>
                    <w:color w:val="A0AAA4"/>
                    <w:sz w:val="16"/>
                  </w:rPr>
                  <w:t xml:space="preserve">_________________________________________________________</w:t>
                </w:r>
              </w:sdtContent>
            </w:sdt>
          </w:p>
        </w:tc>
      </w:tr>
      <w:tr w:rsidR="003C1B6A" w14:paraId="657BA876" w14:textId="77777777">
        <w:trPr>
          <w:jc w:val="center"/>
        </w:trPr>
        <w:tc>
          <w:tcPr>
            <w:tcW w:w="5904" w:type="dxa"/>
            <w:shd w:val="clear" w:color="auto" w:fill="526B61"/>
            <w:tcMar>
              <w:top w:w="70" w:type="dxa"/>
              <w:left w:w="85" w:type="dxa"/>
              <w:bottom w:w="70" w:type="dxa"/>
              <w:right w:w="85" w:type="dxa"/>
            </w:tcMar>
            <w:vAlign w:val="center"/>
          </w:tcPr>
          <w:p w14:paraId="2A2CA96C" w14:textId="77777777" w:rsidR="003C1B6A" w:rsidRDefault="00B530F4">
            <w:pPr>
              <w:spacing w:after="20"/>
            </w:pPr>
            <w:r>
              <w:rPr>
                <w:b/>
                <w:color w:val="FFFFFF"/>
                <w:sz w:val="16"/>
              </w:rPr>
              <w:t>Full previous address and postcode</w:t>
            </w:r>
          </w:p>
        </w:tc>
        <w:tc>
          <w:tcPr>
            <w:tcW w:w="2088" w:type="dxa"/>
            <w:shd w:val="clear" w:color="auto" w:fill="526B61"/>
            <w:tcMar>
              <w:top w:w="70" w:type="dxa"/>
              <w:left w:w="85" w:type="dxa"/>
              <w:bottom w:w="70" w:type="dxa"/>
              <w:right w:w="85" w:type="dxa"/>
            </w:tcMar>
            <w:vAlign w:val="center"/>
          </w:tcPr>
          <w:p w14:paraId="0E6C4D68" w14:textId="77777777" w:rsidR="003C1B6A" w:rsidRDefault="00B530F4">
            <w:pPr>
              <w:spacing w:after="20"/>
            </w:pPr>
            <w:r>
              <w:rPr>
                <w:b/>
                <w:color w:val="FFFFFF"/>
                <w:sz w:val="16"/>
              </w:rPr>
              <w:t>From (month/year)</w:t>
            </w:r>
          </w:p>
        </w:tc>
        <w:tc>
          <w:tcPr>
            <w:tcW w:w="2088" w:type="dxa"/>
            <w:shd w:val="clear" w:color="auto" w:fill="526B61"/>
            <w:tcMar>
              <w:top w:w="70" w:type="dxa"/>
              <w:left w:w="85" w:type="dxa"/>
              <w:bottom w:w="70" w:type="dxa"/>
              <w:right w:w="85" w:type="dxa"/>
            </w:tcMar>
            <w:vAlign w:val="center"/>
          </w:tcPr>
          <w:p w14:paraId="6BE258F5" w14:textId="77777777" w:rsidR="003C1B6A" w:rsidRDefault="00B530F4">
            <w:pPr>
              <w:spacing w:after="20"/>
            </w:pPr>
            <w:r>
              <w:rPr>
                <w:b/>
                <w:color w:val="FFFFFF"/>
                <w:sz w:val="16"/>
              </w:rPr>
              <w:t>To (month/year)</w:t>
            </w:r>
          </w:p>
        </w:tc>
      </w:tr>
      <w:tr w:rsidR="003C1B6A" w14:paraId="65AD44F5" w14:textId="77777777">
        <w:trPr>
          <w:jc w:val="center"/>
        </w:trPr>
        <w:tc>
          <w:tcPr>
            <w:tcW w:w="5904" w:type="dxa"/>
            <w:tcMar>
              <w:top w:w="70" w:type="dxa"/>
              <w:left w:w="85" w:type="dxa"/>
              <w:bottom w:w="70" w:type="dxa"/>
              <w:right w:w="85" w:type="dxa"/>
            </w:tcMar>
            <w:vAlign w:val="center"/>
          </w:tcPr>
          <w:p w14:paraId="53FAA1A4" w14:textId="77777777" w:rsidR="003C1B6A" w:rsidRDefault="00B530F4">
            <w:pPr>
              <w:spacing w:after="20"/>
            </w:pPr>
            <w:sdt>
              <w:sdtPr>
                <w:rPr>
                  <w:color w:val="C9D2CC"/>
                  <w:sz w:val="16"/>
                </w:rPr>
                <w:alias w:val="Current address and five-year address history - Full previous address and postcode 1"/>
                <w:tag w:val="Current address and five-year address history - Full previous address and postcode 1"/>
                <w:id w:val="700266"/>
                <w:showingPlcHdr/>
                <w:text/>
              </w:sdtPr>
              <w:sdtContent>
                <w:r>
                  <w:rPr>
                    <w:color w:val="C9D2CC"/>
                    <w:sz w:val="16"/>
                  </w:rPr>
                  <w:t xml:space="preserve">____________________________________________________________________</w:t>
                </w:r>
              </w:sdtContent>
            </w:sdt>
          </w:p>
        </w:tc>
        <w:tc>
          <w:tcPr>
            <w:tcW w:w="2088" w:type="dxa"/>
            <w:tcMar>
              <w:top w:w="70" w:type="dxa"/>
              <w:left w:w="85" w:type="dxa"/>
              <w:bottom w:w="70" w:type="dxa"/>
              <w:right w:w="85" w:type="dxa"/>
            </w:tcMar>
            <w:vAlign w:val="center"/>
          </w:tcPr>
          <w:p w14:paraId="5117E433" w14:textId="77777777" w:rsidR="003C1B6A" w:rsidRDefault="00B530F4">
            <w:pPr>
              <w:spacing w:after="20"/>
            </w:pPr>
            <w:sdt>
              <w:sdtPr>
                <w:rPr>
                  <w:color w:val="C9D2CC"/>
                  <w:sz w:val="16"/>
                </w:rPr>
                <w:alias w:val="Current address and five-year address history - From (month/year) 1"/>
                <w:tag w:val="Current address and five-year address history - From (month/year) 1"/>
                <w:id w:val="700267"/>
                <w:showingPlcHdr/>
                <w:text/>
              </w:sdtPr>
              <w:sdtContent>
                <w:r>
                  <w:rPr>
                    <w:color w:val="C9D2CC"/>
                    <w:sz w:val="16"/>
                  </w:rPr>
                  <w:t xml:space="preserve">______________________</w:t>
                </w:r>
              </w:sdtContent>
            </w:sdt>
          </w:p>
        </w:tc>
        <w:tc>
          <w:tcPr>
            <w:tcW w:w="2088" w:type="dxa"/>
            <w:tcMar>
              <w:top w:w="70" w:type="dxa"/>
              <w:left w:w="85" w:type="dxa"/>
              <w:bottom w:w="70" w:type="dxa"/>
              <w:right w:w="85" w:type="dxa"/>
            </w:tcMar>
            <w:vAlign w:val="center"/>
          </w:tcPr>
          <w:p w14:paraId="1C9A4748" w14:textId="77777777" w:rsidR="003C1B6A" w:rsidRDefault="00B530F4">
            <w:pPr>
              <w:spacing w:after="20"/>
            </w:pPr>
            <w:sdt>
              <w:sdtPr>
                <w:rPr>
                  <w:color w:val="C9D2CC"/>
                  <w:sz w:val="16"/>
                </w:rPr>
                <w:alias w:val="Current address and five-year address history - To (month/year) 1"/>
                <w:tag w:val="Current address and five-year address history - To (month/year) 1"/>
                <w:id w:val="700268"/>
                <w:showingPlcHdr/>
                <w:text/>
              </w:sdtPr>
              <w:sdtContent>
                <w:r>
                  <w:rPr>
                    <w:color w:val="C9D2CC"/>
                    <w:sz w:val="16"/>
                  </w:rPr>
                  <w:t xml:space="preserve">______________________</w:t>
                </w:r>
              </w:sdtContent>
            </w:sdt>
          </w:p>
        </w:tc>
      </w:tr>
      <w:tr w:rsidR="003C1B6A" w14:paraId="2B7C8FE0" w14:textId="77777777">
        <w:trPr>
          <w:jc w:val="center"/>
        </w:trPr>
        <w:tc>
          <w:tcPr>
            <w:tcW w:w="5904" w:type="dxa"/>
            <w:shd w:val="clear" w:color="auto" w:fill="F4F5F4"/>
            <w:tcMar>
              <w:top w:w="70" w:type="dxa"/>
              <w:left w:w="85" w:type="dxa"/>
              <w:bottom w:w="70" w:type="dxa"/>
              <w:right w:w="85" w:type="dxa"/>
            </w:tcMar>
            <w:vAlign w:val="center"/>
          </w:tcPr>
          <w:p w14:paraId="433B66DC" w14:textId="77777777" w:rsidR="003C1B6A" w:rsidRDefault="00B530F4">
            <w:pPr>
              <w:spacing w:after="20"/>
            </w:pPr>
            <w:sdt>
              <w:sdtPr>
                <w:rPr>
                  <w:color w:val="C9D2CC"/>
                  <w:sz w:val="16"/>
                </w:rPr>
                <w:alias w:val="Current address and five-year address history - Full previous address and postcode 2"/>
                <w:tag w:val="Current address and five-year address history - Full previous address and postcode 2"/>
                <w:id w:val="700269"/>
                <w:showingPlcHdr/>
                <w:text/>
              </w:sdtPr>
              <w:sdtContent>
                <w:r>
                  <w:rPr>
                    <w:color w:val="C9D2CC"/>
                    <w:sz w:val="16"/>
                  </w:rPr>
                  <w:t xml:space="preserve">____________________________________________________________________</w:t>
                </w:r>
              </w:sdtContent>
            </w:sdt>
          </w:p>
        </w:tc>
        <w:tc>
          <w:tcPr>
            <w:tcW w:w="2088" w:type="dxa"/>
            <w:shd w:val="clear" w:color="auto" w:fill="F4F5F4"/>
            <w:tcMar>
              <w:top w:w="70" w:type="dxa"/>
              <w:left w:w="85" w:type="dxa"/>
              <w:bottom w:w="70" w:type="dxa"/>
              <w:right w:w="85" w:type="dxa"/>
            </w:tcMar>
            <w:vAlign w:val="center"/>
          </w:tcPr>
          <w:p w14:paraId="58E5E96D" w14:textId="77777777" w:rsidR="003C1B6A" w:rsidRDefault="00B530F4">
            <w:pPr>
              <w:spacing w:after="20"/>
            </w:pPr>
            <w:sdt>
              <w:sdtPr>
                <w:rPr>
                  <w:color w:val="C9D2CC"/>
                  <w:sz w:val="16"/>
                </w:rPr>
                <w:alias w:val="Current address and five-year address history - From (month/year) 2"/>
                <w:tag w:val="Current address and five-year address history - From (month/year) 2"/>
                <w:id w:val="700270"/>
                <w:showingPlcHdr/>
                <w:text/>
              </w:sdtPr>
              <w:sdtContent>
                <w:r>
                  <w:rPr>
                    <w:color w:val="C9D2CC"/>
                    <w:sz w:val="16"/>
                  </w:rPr>
                  <w:t xml:space="preserve">______________________</w:t>
                </w:r>
              </w:sdtContent>
            </w:sdt>
          </w:p>
        </w:tc>
        <w:tc>
          <w:tcPr>
            <w:tcW w:w="2088" w:type="dxa"/>
            <w:shd w:val="clear" w:color="auto" w:fill="F4F5F4"/>
            <w:tcMar>
              <w:top w:w="70" w:type="dxa"/>
              <w:left w:w="85" w:type="dxa"/>
              <w:bottom w:w="70" w:type="dxa"/>
              <w:right w:w="85" w:type="dxa"/>
            </w:tcMar>
            <w:vAlign w:val="center"/>
          </w:tcPr>
          <w:p w14:paraId="0738DCD5" w14:textId="77777777" w:rsidR="003C1B6A" w:rsidRDefault="00B530F4">
            <w:pPr>
              <w:spacing w:after="20"/>
            </w:pPr>
            <w:sdt>
              <w:sdtPr>
                <w:rPr>
                  <w:color w:val="C9D2CC"/>
                  <w:sz w:val="16"/>
                </w:rPr>
                <w:alias w:val="Current address and five-year address history - To (month/year) 2"/>
                <w:tag w:val="Current address and five-year address history - To (month/year) 2"/>
                <w:id w:val="700271"/>
                <w:showingPlcHdr/>
                <w:text/>
              </w:sdtPr>
              <w:sdtContent>
                <w:r>
                  <w:rPr>
                    <w:color w:val="C9D2CC"/>
                    <w:sz w:val="16"/>
                  </w:rPr>
                  <w:t xml:space="preserve">______________________</w:t>
                </w:r>
              </w:sdtContent>
            </w:sdt>
          </w:p>
        </w:tc>
      </w:tr>
      <w:tr w:rsidR="003C1B6A" w14:paraId="49D82637" w14:textId="77777777">
        <w:trPr>
          <w:jc w:val="center"/>
        </w:trPr>
        <w:tc>
          <w:tcPr>
            <w:tcW w:w="5904" w:type="dxa"/>
            <w:tcMar>
              <w:top w:w="70" w:type="dxa"/>
              <w:left w:w="85" w:type="dxa"/>
              <w:bottom w:w="70" w:type="dxa"/>
              <w:right w:w="85" w:type="dxa"/>
            </w:tcMar>
            <w:vAlign w:val="center"/>
          </w:tcPr>
          <w:p w14:paraId="64A85C90" w14:textId="77777777" w:rsidR="003C1B6A" w:rsidRDefault="00B530F4">
            <w:pPr>
              <w:spacing w:after="20"/>
            </w:pPr>
            <w:sdt>
              <w:sdtPr>
                <w:rPr>
                  <w:color w:val="C9D2CC"/>
                  <w:sz w:val="16"/>
                </w:rPr>
                <w:alias w:val="Current address and five-year address history - Full previous address and postcode 3"/>
                <w:tag w:val="Current address and five-year address history - Full previous address and postcode 3"/>
                <w:id w:val="700272"/>
                <w:showingPlcHdr/>
                <w:text/>
              </w:sdtPr>
              <w:sdtContent>
                <w:r>
                  <w:rPr>
                    <w:color w:val="C9D2CC"/>
                    <w:sz w:val="16"/>
                  </w:rPr>
                  <w:t xml:space="preserve">____________________________________________________________________</w:t>
                </w:r>
              </w:sdtContent>
            </w:sdt>
          </w:p>
        </w:tc>
        <w:tc>
          <w:tcPr>
            <w:tcW w:w="2088" w:type="dxa"/>
            <w:tcMar>
              <w:top w:w="70" w:type="dxa"/>
              <w:left w:w="85" w:type="dxa"/>
              <w:bottom w:w="70" w:type="dxa"/>
              <w:right w:w="85" w:type="dxa"/>
            </w:tcMar>
            <w:vAlign w:val="center"/>
          </w:tcPr>
          <w:p w14:paraId="29F3F880" w14:textId="77777777" w:rsidR="003C1B6A" w:rsidRDefault="00B530F4">
            <w:pPr>
              <w:spacing w:after="20"/>
            </w:pPr>
            <w:sdt>
              <w:sdtPr>
                <w:rPr>
                  <w:color w:val="C9D2CC"/>
                  <w:sz w:val="16"/>
                </w:rPr>
                <w:alias w:val="Current address and five-year address history - From (month/year) 3"/>
                <w:tag w:val="Current address and five-year address history - From (month/year) 3"/>
                <w:id w:val="700273"/>
                <w:showingPlcHdr/>
                <w:text/>
              </w:sdtPr>
              <w:sdtContent>
                <w:r>
                  <w:rPr>
                    <w:color w:val="C9D2CC"/>
                    <w:sz w:val="16"/>
                  </w:rPr>
                  <w:t xml:space="preserve">______________________</w:t>
                </w:r>
              </w:sdtContent>
            </w:sdt>
          </w:p>
        </w:tc>
        <w:tc>
          <w:tcPr>
            <w:tcW w:w="2088" w:type="dxa"/>
            <w:tcMar>
              <w:top w:w="70" w:type="dxa"/>
              <w:left w:w="85" w:type="dxa"/>
              <w:bottom w:w="70" w:type="dxa"/>
              <w:right w:w="85" w:type="dxa"/>
            </w:tcMar>
            <w:vAlign w:val="center"/>
          </w:tcPr>
          <w:p w14:paraId="0F910777" w14:textId="77777777" w:rsidR="003C1B6A" w:rsidRDefault="00B530F4">
            <w:pPr>
              <w:spacing w:after="20"/>
            </w:pPr>
            <w:sdt>
              <w:sdtPr>
                <w:rPr>
                  <w:color w:val="C9D2CC"/>
                  <w:sz w:val="16"/>
                </w:rPr>
                <w:alias w:val="Current address and five-year address history - To (month/year) 3"/>
                <w:tag w:val="Current address and five-year address history - To (month/year) 3"/>
                <w:id w:val="700274"/>
                <w:showingPlcHdr/>
                <w:text/>
              </w:sdtPr>
              <w:sdtContent>
                <w:r>
                  <w:rPr>
                    <w:color w:val="C9D2CC"/>
                    <w:sz w:val="16"/>
                  </w:rPr>
                  <w:t xml:space="preserve">______________________</w:t>
                </w:r>
              </w:sdtContent>
            </w:sdt>
          </w:p>
        </w:tc>
      </w:tr>
      <w:tr w:rsidR="003C1B6A" w14:paraId="07FA04B0" w14:textId="77777777">
        <w:trPr>
          <w:jc w:val="center"/>
        </w:trPr>
        <w:tc>
          <w:tcPr>
            <w:tcW w:w="5904" w:type="dxa"/>
            <w:shd w:val="clear" w:color="auto" w:fill="F4F5F4"/>
            <w:tcMar>
              <w:top w:w="70" w:type="dxa"/>
              <w:left w:w="85" w:type="dxa"/>
              <w:bottom w:w="70" w:type="dxa"/>
              <w:right w:w="85" w:type="dxa"/>
            </w:tcMar>
            <w:vAlign w:val="center"/>
          </w:tcPr>
          <w:p w14:paraId="043ED87C" w14:textId="77777777" w:rsidR="003C1B6A" w:rsidRDefault="00B530F4">
            <w:pPr>
              <w:spacing w:after="20"/>
            </w:pPr>
            <w:sdt>
              <w:sdtPr>
                <w:rPr>
                  <w:color w:val="C9D2CC"/>
                  <w:sz w:val="16"/>
                </w:rPr>
                <w:alias w:val="Current address and five-year address history - Full previous address and postcode 4"/>
                <w:tag w:val="Current address and five-year address history - Full previous address and postcode 4"/>
                <w:id w:val="700275"/>
                <w:showingPlcHdr/>
                <w:text/>
              </w:sdtPr>
              <w:sdtContent>
                <w:r>
                  <w:rPr>
                    <w:color w:val="C9D2CC"/>
                    <w:sz w:val="16"/>
                  </w:rPr>
                  <w:t xml:space="preserve">____________________________________________________________________</w:t>
                </w:r>
              </w:sdtContent>
            </w:sdt>
          </w:p>
        </w:tc>
        <w:tc>
          <w:tcPr>
            <w:tcW w:w="2088" w:type="dxa"/>
            <w:shd w:val="clear" w:color="auto" w:fill="F4F5F4"/>
            <w:tcMar>
              <w:top w:w="70" w:type="dxa"/>
              <w:left w:w="85" w:type="dxa"/>
              <w:bottom w:w="70" w:type="dxa"/>
              <w:right w:w="85" w:type="dxa"/>
            </w:tcMar>
            <w:vAlign w:val="center"/>
          </w:tcPr>
          <w:p w14:paraId="7A03D1FA" w14:textId="77777777" w:rsidR="003C1B6A" w:rsidRDefault="00B530F4">
            <w:pPr>
              <w:spacing w:after="20"/>
            </w:pPr>
            <w:sdt>
              <w:sdtPr>
                <w:rPr>
                  <w:color w:val="C9D2CC"/>
                  <w:sz w:val="16"/>
                </w:rPr>
                <w:alias w:val="Current address and five-year address history - From (month/year) 4"/>
                <w:tag w:val="Current address and five-year address history - From (month/year) 4"/>
                <w:id w:val="700276"/>
                <w:showingPlcHdr/>
                <w:text/>
              </w:sdtPr>
              <w:sdtContent>
                <w:r>
                  <w:rPr>
                    <w:color w:val="C9D2CC"/>
                    <w:sz w:val="16"/>
                  </w:rPr>
                  <w:t xml:space="preserve">______________________</w:t>
                </w:r>
              </w:sdtContent>
            </w:sdt>
          </w:p>
        </w:tc>
        <w:tc>
          <w:tcPr>
            <w:tcW w:w="2088" w:type="dxa"/>
            <w:shd w:val="clear" w:color="auto" w:fill="F4F5F4"/>
            <w:tcMar>
              <w:top w:w="70" w:type="dxa"/>
              <w:left w:w="85" w:type="dxa"/>
              <w:bottom w:w="70" w:type="dxa"/>
              <w:right w:w="85" w:type="dxa"/>
            </w:tcMar>
            <w:vAlign w:val="center"/>
          </w:tcPr>
          <w:p w14:paraId="7F9B6837" w14:textId="77777777" w:rsidR="003C1B6A" w:rsidRDefault="00B530F4">
            <w:pPr>
              <w:spacing w:after="20"/>
            </w:pPr>
            <w:sdt>
              <w:sdtPr>
                <w:rPr>
                  <w:color w:val="C9D2CC"/>
                  <w:sz w:val="16"/>
                </w:rPr>
                <w:alias w:val="Current address and five-year address history - To (month/year) 4"/>
                <w:tag w:val="Current address and five-year address history - To (month/year) 4"/>
                <w:id w:val="700277"/>
                <w:showingPlcHdr/>
                <w:text/>
              </w:sdtPr>
              <w:sdtContent>
                <w:r>
                  <w:rPr>
                    <w:color w:val="C9D2CC"/>
                    <w:sz w:val="16"/>
                  </w:rPr>
                  <w:t xml:space="preserve">______________________</w:t>
                </w:r>
              </w:sdtContent>
            </w:sdt>
          </w:p>
        </w:tc>
      </w:tr>
    </w:tbl>
    <w:p w14:paraId="1D928D69" w14:textId="77777777" w:rsidR="003C1B6A" w:rsidRDefault="00B530F4">
      <w:r>
        <w:t>Provide the complete address history for the last five years with no gaps. Attach an extra sheet if needed.</w:t>
      </w:r>
    </w:p>
    <w:p w14:paraId="1A47B4D6" w14:textId="77777777" w:rsidR="003C1B6A" w:rsidRDefault="00B530F4">
      <w:pPr>
        <w:pStyle w:val="Heading1"/>
        <w:pBdr>
          <w:bottom w:val="single" w:sz="5" w:space="2" w:color="F4C4CC"/>
        </w:pBdr>
      </w:pPr>
      <w:r>
        <w:rPr>
          <w:color w:val="526B61"/>
        </w:rPr>
        <w:t>3. RIGHT TO WORK IN THE UK</w:t>
      </w:r>
    </w:p>
    <w:p w14:paraId="4BF1385A" w14:textId="77777777" w:rsidR="003C1B6A" w:rsidRDefault="00B530F4">
      <w:pPr>
        <w:spacing w:after="40"/>
      </w:pPr>
      <w:sdt>
        <w:sdtPr>
          <w:alias w:val="Right to work in the UK - I have the legal right to work in the UK"/>
          <w:tag w:val="Right to work in the UK - I have the legal right to work in the UK"/>
          <w:id w:val="70002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have the legal right to work in the UK.</w:t>
      </w:r>
    </w:p>
    <w:p w14:paraId="000BC0E5" w14:textId="77777777" w:rsidR="003C1B6A" w:rsidRDefault="00B530F4">
      <w:pPr>
        <w:spacing w:after="40"/>
      </w:pPr>
      <w:sdt>
        <w:sdtPr>
          <w:alias w:val="Right to work in the UK - I require a visa or immigration permission to work in the UK"/>
          <w:tag w:val="Right to work in the UK - I require a visa or immigration permission to work in the UK"/>
          <w:id w:val="70002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require a visa or immigration permission to work in the UK.</w:t>
      </w:r>
    </w:p>
    <w:tbl>
      <w:tblPr>
        <w:tblStyle w:val="TableGrid"/>
        <w:tblW w:w="0" w:type="auto"/>
        <w:jc w:val="center"/>
        <w:tblLook w:val="04A0" w:firstRow="1" w:lastRow="0" w:firstColumn="1" w:lastColumn="0" w:noHBand="0" w:noVBand="1"/>
      </w:tblPr>
      <w:tblGrid>
        <w:gridCol w:w="5179"/>
        <w:gridCol w:w="5179"/>
      </w:tblGrid>
      <w:tr w:rsidR="003C1B6A" w14:paraId="166755E4" w14:textId="77777777">
        <w:trPr>
          <w:jc w:val="center"/>
        </w:trPr>
        <w:tc>
          <w:tcPr>
            <w:tcW w:w="5184" w:type="dxa"/>
            <w:shd w:val="clear" w:color="auto" w:fill="EEF2EF"/>
            <w:tcMar>
              <w:top w:w="90" w:type="dxa"/>
              <w:left w:w="85" w:type="dxa"/>
              <w:bottom w:w="90" w:type="dxa"/>
              <w:right w:w="85" w:type="dxa"/>
            </w:tcMar>
          </w:tcPr>
          <w:p w14:paraId="5DF3CFC1" w14:textId="77777777" w:rsidR="003C1B6A" w:rsidRDefault="00B530F4">
            <w:pPr>
              <w:spacing w:after="140"/>
            </w:pPr>
            <w:r>
              <w:rPr>
                <w:b/>
                <w:sz w:val="17"/>
              </w:rPr>
              <w:t>Right-to-work share code (if applicable)</w:t>
            </w:r>
          </w:p>
          <w:p w14:paraId="6D7612A7" w14:textId="77777777" w:rsidR="003C1B6A" w:rsidRDefault="00B530F4">
            <w:pPr>
              <w:spacing w:after="0"/>
            </w:pPr>
            <w:sdt>
              <w:sdtPr>
                <w:rPr>
                  <w:color w:val="A0AAA4"/>
                  <w:sz w:val="16"/>
                </w:rPr>
                <w:alias w:val="Right to work in the UK - Right-to-work share code (if applicable)"/>
                <w:tag w:val="Right to work in the UK - Right-to-work share code (if applicable)"/>
                <w:id w:val="70002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65B67B97" w14:textId="77777777" w:rsidR="003C1B6A" w:rsidRDefault="00B530F4">
            <w:pPr>
              <w:spacing w:after="140"/>
            </w:pPr>
            <w:r>
              <w:rPr>
                <w:b/>
                <w:sz w:val="17"/>
              </w:rPr>
              <w:t>Expiry date of permission, if applicable</w:t>
            </w:r>
          </w:p>
          <w:p w14:paraId="24B0317D" w14:textId="77777777" w:rsidR="003C1B6A" w:rsidRDefault="00B530F4">
            <w:pPr>
              <w:spacing w:after="0"/>
            </w:pPr>
            <w:sdt>
              <w:sdtPr>
                <w:rPr>
                  <w:color w:val="A0AAA4"/>
                  <w:sz w:val="16"/>
                </w:rPr>
                <w:alias w:val="Right to work in the UK - Expiry date of permission, if applicable"/>
                <w:tag w:val="Right to work in the UK - Expiry date of permission, if applicable"/>
                <w:id w:val="700028"/>
                <w:showingPlcHdr/>
                <w:text/>
              </w:sdtPr>
              <w:sdtContent>
                <w:r>
                  <w:rPr>
                    <w:color w:val="A0AAA4"/>
                    <w:sz w:val="16"/>
                  </w:rPr>
                  <w:t xml:space="preserve">_________________________________________________________</w:t>
                </w:r>
              </w:sdtContent>
            </w:sdt>
          </w:p>
        </w:tc>
      </w:tr>
      <w:tr w:rsidR="003C1B6A" w14:paraId="64CFCAB1" w14:textId="77777777">
        <w:trPr>
          <w:jc w:val="center"/>
        </w:trPr>
        <w:tc>
          <w:tcPr>
            <w:tcW w:w="5184" w:type="dxa"/>
            <w:shd w:val="clear" w:color="auto" w:fill="FFFFFF"/>
            <w:tcMar>
              <w:top w:w="90" w:type="dxa"/>
              <w:left w:w="85" w:type="dxa"/>
              <w:bottom w:w="90" w:type="dxa"/>
              <w:right w:w="85" w:type="dxa"/>
            </w:tcMar>
          </w:tcPr>
          <w:p w14:paraId="1556B843" w14:textId="77777777" w:rsidR="003C1B6A" w:rsidRDefault="00B530F4">
            <w:pPr>
              <w:spacing w:after="140"/>
            </w:pPr>
            <w:r>
              <w:rPr>
                <w:b/>
                <w:sz w:val="17"/>
              </w:rPr>
              <w:t>Right-to-work evidence provided</w:t>
            </w:r>
          </w:p>
          <w:p w14:paraId="3AE7B12A" w14:textId="77777777" w:rsidR="003C1B6A" w:rsidRDefault="00B530F4">
            <w:pPr>
              <w:spacing w:after="0"/>
            </w:pPr>
            <w:sdt>
              <w:sdtPr>
                <w:rPr>
                  <w:color w:val="A0AAA4"/>
                  <w:sz w:val="16"/>
                </w:rPr>
                <w:alias w:val="Right to work in the UK - Right-to-work evidence provided"/>
                <w:tag w:val="Right to work in the UK - Right-to-work evidence provided"/>
                <w:id w:val="700029"/>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65847564" w14:textId="77777777" w:rsidR="003C1B6A" w:rsidRDefault="00B530F4">
            <w:pPr>
              <w:spacing w:after="140"/>
            </w:pPr>
            <w:r>
              <w:rPr>
                <w:b/>
                <w:sz w:val="17"/>
              </w:rPr>
              <w:t>Check completed by / date</w:t>
            </w:r>
          </w:p>
          <w:p w14:paraId="25987511" w14:textId="77777777" w:rsidR="003C1B6A" w:rsidRDefault="00B530F4">
            <w:pPr>
              <w:spacing w:after="0"/>
            </w:pPr>
            <w:sdt>
              <w:sdtPr>
                <w:rPr>
                  <w:color w:val="A0AAA4"/>
                  <w:sz w:val="16"/>
                </w:rPr>
                <w:alias w:val="Right to work in the UK - Check completed by / date"/>
                <w:tag w:val="Right to work in the UK - Check completed by / date"/>
                <w:id w:val="700030"/>
                <w:showingPlcHdr/>
                <w:text/>
              </w:sdtPr>
              <w:sdtContent>
                <w:r>
                  <w:rPr>
                    <w:color w:val="A0AAA4"/>
                    <w:sz w:val="16"/>
                  </w:rPr>
                  <w:t xml:space="preserve">_________________________________________________________</w:t>
                </w:r>
              </w:sdtContent>
            </w:sdt>
          </w:p>
        </w:tc>
      </w:tr>
    </w:tbl>
    <w:p w14:paraId="129FC703" w14:textId="77777777" w:rsidR="003C1B6A" w:rsidRDefault="00B530F4">
      <w:r>
        <w:t>Generate a share code at https://www.gov.uk/prove-right-to-work. Pure Hearts Support Services Ltd will complete the required checks before employment begins. Alternative prescribed evidence may be used where permitted.</w:t>
      </w:r>
    </w:p>
    <w:p w14:paraId="16A28859" w14:textId="77777777" w:rsidR="003C1B6A" w:rsidRDefault="00B530F4">
      <w:pPr>
        <w:pStyle w:val="Heading1"/>
        <w:pBdr>
          <w:bottom w:val="single" w:sz="5" w:space="2" w:color="F4C4CC"/>
        </w:pBdr>
      </w:pPr>
      <w:r>
        <w:rPr>
          <w:color w:val="526B61"/>
        </w:rPr>
        <w:t>4. ROLE, EXPERIENCE AND AVAILABILITY</w:t>
      </w:r>
    </w:p>
    <w:p w14:paraId="74557208" w14:textId="77777777" w:rsidR="003C1B6A" w:rsidRDefault="00B530F4">
      <w:pPr>
        <w:spacing w:after="40"/>
      </w:pPr>
      <w:sdt>
        <w:sdtPr>
          <w:alias w:val="Role, experience and availability - Previously worked in health and social care"/>
          <w:tag w:val="Role, experience and availability - Previously worked in health and social care"/>
          <w:id w:val="700031"/>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Previously worked in health and social care:  </w:t>
      </w:r>
      <w:sdt>
        <w:sdtPr>
          <w:alias w:val="Role, experience and availability - Previously worked in health and social care: Yes"/>
          <w:tag w:val="Role, experience and availability - Previously worked in health and social care: Yes"/>
          <w:id w:val="700032"/>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Yes  </w:t>
      </w:r>
      <w:sdt>
        <w:sdtPr>
          <w:alias w:val="Role, experience and availability - Previously worked in health and social care: No"/>
          <w:tag w:val="Role, experience and availability - Previously worked in health and social care: No"/>
          <w:id w:val="700033"/>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No</w:t>
      </w:r>
    </w:p>
    <w:p w14:paraId="0D04837D" w14:textId="77777777" w:rsidR="003C1B6A" w:rsidRDefault="00B530F4">
      <w:pPr>
        <w:spacing w:after="40"/>
      </w:pPr>
      <w:sdt>
        <w:sdtPr>
          <w:alias w:val="Role, experience and availability - Previous domiciliary care experience"/>
          <w:tag w:val="Role, experience and availability - Previous domiciliary care experience"/>
          <w:id w:val="700034"/>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Previous domiciliary care experience:  </w:t>
      </w:r>
      <w:sdt>
        <w:sdtPr>
          <w:alias w:val="Role, experience and availability - Previous domiciliary care experience: Yes"/>
          <w:tag w:val="Role, experience and availability - Previous domiciliary care experience: Yes"/>
          <w:id w:val="70003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Yes  </w:t>
      </w:r>
      <w:sdt>
        <w:sdtPr>
          <w:alias w:val="Role, experience and availability - Previous domiciliary care experience: No"/>
          <w:tag w:val="Role, experience and availability - Previous domiciliary care experience: No"/>
          <w:id w:val="70003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No</w:t>
      </w:r>
    </w:p>
    <w:p w14:paraId="0134F927" w14:textId="77777777" w:rsidR="003C1B6A" w:rsidRDefault="00B530F4">
      <w:pPr>
        <w:spacing w:after="40"/>
      </w:pPr>
      <w:sdt>
        <w:sdtPr>
          <w:alias w:val="Role, experience and availability - Preferred role"/>
          <w:tag w:val="Role, experience and availability - Preferred role"/>
          <w:id w:val="70003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Preferred role:  </w:t>
      </w:r>
      <w:sdt>
        <w:sdtPr>
          <w:alias w:val="Role, experience and availability - Preferred role: Care Worker"/>
          <w:tag w:val="Role, experience and availability - Preferred role: Care Worker"/>
          <w:id w:val="70003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Care Worker  </w:t>
      </w:r>
      <w:sdt>
        <w:sdtPr>
          <w:alias w:val="Role, experience and availability - Preferred role: Support Worker"/>
          <w:tag w:val="Role, experience and availability - Preferred role: Support Worker"/>
          <w:id w:val="70003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Support Worker  </w:t>
      </w:r>
      <w:sdt>
        <w:sdtPr>
          <w:alias w:val="Role, experience and availability - Preferred role: Live-in Carer"/>
          <w:tag w:val="Role, experience and availability - Preferred role: Live-in Carer"/>
          <w:id w:val="700040"/>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Live-in Carer  </w:t>
      </w:r>
      <w:sdt>
        <w:sdtPr>
          <w:alias w:val="Role, experience and availability - Preferred role: Respite Carer"/>
          <w:tag w:val="Role, experience and availability - Preferred role: Respite Carer"/>
          <w:id w:val="700041"/>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Respite Carer  </w:t>
      </w:r>
      <w:sdt>
        <w:sdtPr>
          <w:alias w:val="Role, experience and availability - Preferred role: Other"/>
          <w:tag w:val="Role, experience and availability - Preferred role: Other"/>
          <w:id w:val="700042"/>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Other</w:t>
      </w:r>
    </w:p>
    <w:p w14:paraId="6846FD1F" w14:textId="77777777" w:rsidR="003C1B6A" w:rsidRDefault="00B530F4">
      <w:pPr>
        <w:spacing w:after="40"/>
      </w:pPr>
      <w:sdt>
        <w:sdtPr>
          <w:alias w:val="Role, experience and availability - Preferred arrangement"/>
          <w:tag w:val="Role, experience and availability - Preferred arrangement"/>
          <w:id w:val="700043"/>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Preferred arrangement:  </w:t>
      </w:r>
      <w:sdt>
        <w:sdtPr>
          <w:alias w:val="Role, experience and availability - Preferred arrangement: Full-time"/>
          <w:tag w:val="Role, experience and availability - Preferred arrangement: Full-time"/>
          <w:id w:val="700044"/>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Full-time  </w:t>
      </w:r>
      <w:sdt>
        <w:sdtPr>
          <w:alias w:val="Role, experience and availability - Preferred arrangement: Part-time"/>
          <w:tag w:val="Role, experience and availability - Preferred arrangement: Part-time"/>
          <w:id w:val="70004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Part-time  </w:t>
      </w:r>
      <w:sdt>
        <w:sdtPr>
          <w:alias w:val="Role, experience and availability - Preferred arrangement: Bank"/>
          <w:tag w:val="Role, experience and availability - Preferred arrangement: Bank"/>
          <w:id w:val="70004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Bank  </w:t>
      </w:r>
      <w:sdt>
        <w:sdtPr>
          <w:alias w:val="Role, experience and availability - Preferred arrangement: Flexible hours"/>
          <w:tag w:val="Role, experience and availability - Preferred arrangement: Flexible hours"/>
          <w:id w:val="70004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Flexible hours  </w:t>
      </w:r>
      <w:sdt>
        <w:sdtPr>
          <w:alias w:val="Role, experience and availability - Preferred arrangement: Live-in"/>
          <w:tag w:val="Role, experience and availability - Preferred arrangement: Live-in"/>
          <w:id w:val="70004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Live-in  </w:t>
      </w:r>
      <w:sdt>
        <w:sdtPr>
          <w:alias w:val="Role, experience and availability - Preferred arrangement: Respite"/>
          <w:tag w:val="Role, experience and availability - Preferred arrangement: Respite"/>
          <w:id w:val="70004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Respite</w:t>
      </w:r>
    </w:p>
    <w:tbl>
      <w:tblPr>
        <w:tblStyle w:val="TableGrid"/>
        <w:tblW w:w="0" w:type="auto"/>
        <w:jc w:val="center"/>
        <w:tblLook w:val="04A0" w:firstRow="1" w:lastRow="0" w:firstColumn="1" w:lastColumn="0" w:noHBand="0" w:noVBand="1"/>
      </w:tblPr>
      <w:tblGrid>
        <w:gridCol w:w="5179"/>
        <w:gridCol w:w="5179"/>
      </w:tblGrid>
      <w:tr w:rsidR="003C1B6A" w14:paraId="0E8C602F" w14:textId="77777777">
        <w:trPr>
          <w:jc w:val="center"/>
        </w:trPr>
        <w:tc>
          <w:tcPr>
            <w:tcW w:w="5184" w:type="dxa"/>
            <w:shd w:val="clear" w:color="auto" w:fill="EEF2EF"/>
            <w:tcMar>
              <w:top w:w="90" w:type="dxa"/>
              <w:left w:w="85" w:type="dxa"/>
              <w:bottom w:w="90" w:type="dxa"/>
              <w:right w:w="85" w:type="dxa"/>
            </w:tcMar>
          </w:tcPr>
          <w:p w14:paraId="066971B2" w14:textId="77777777" w:rsidR="003C1B6A" w:rsidRDefault="00B530F4">
            <w:pPr>
              <w:spacing w:after="140"/>
            </w:pPr>
            <w:r>
              <w:rPr>
                <w:b/>
                <w:sz w:val="17"/>
              </w:rPr>
              <w:t>Earliest available start date</w:t>
            </w:r>
          </w:p>
          <w:p w14:paraId="163B7A08" w14:textId="77777777" w:rsidR="003C1B6A" w:rsidRDefault="00B530F4">
            <w:pPr>
              <w:spacing w:after="0"/>
            </w:pPr>
            <w:sdt>
              <w:sdtPr>
                <w:rPr>
                  <w:color w:val="A0AAA4"/>
                  <w:sz w:val="16"/>
                </w:rPr>
                <w:alias w:val="Role, experience and availability - Earliest available start date"/>
                <w:tag w:val="Role, experience and availability - Earliest available start date"/>
                <w:id w:val="700050"/>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2C53983" w14:textId="77777777" w:rsidR="003C1B6A" w:rsidRDefault="00B530F4">
            <w:pPr>
              <w:spacing w:after="140"/>
            </w:pPr>
            <w:r>
              <w:rPr>
                <w:b/>
                <w:sz w:val="17"/>
              </w:rPr>
              <w:t>Preferred working hours / availability</w:t>
            </w:r>
          </w:p>
          <w:p w14:paraId="633BF755" w14:textId="77777777" w:rsidR="003C1B6A" w:rsidRDefault="00B530F4">
            <w:pPr>
              <w:spacing w:after="0"/>
            </w:pPr>
            <w:sdt>
              <w:sdtPr>
                <w:rPr>
                  <w:color w:val="A0AAA4"/>
                  <w:sz w:val="16"/>
                </w:rPr>
                <w:alias w:val="Role, experience and availability - Preferred working hours / availability"/>
                <w:tag w:val="Role, experience and availability - Preferred working hours / availability"/>
                <w:id w:val="700051"/>
                <w:showingPlcHdr/>
                <w:text/>
              </w:sdtPr>
              <w:sdtContent>
                <w:r>
                  <w:rPr>
                    <w:color w:val="A0AAA4"/>
                    <w:sz w:val="16"/>
                  </w:rPr>
                  <w:t xml:space="preserve">_________________________________________________________</w:t>
                </w:r>
              </w:sdtContent>
            </w:sdt>
          </w:p>
        </w:tc>
      </w:tr>
      <w:tr w:rsidR="003C1B6A" w14:paraId="2C5173A6" w14:textId="77777777">
        <w:trPr>
          <w:jc w:val="center"/>
        </w:trPr>
        <w:tc>
          <w:tcPr>
            <w:tcW w:w="5184" w:type="dxa"/>
            <w:shd w:val="clear" w:color="auto" w:fill="FFFFFF"/>
            <w:tcMar>
              <w:top w:w="90" w:type="dxa"/>
              <w:left w:w="85" w:type="dxa"/>
              <w:bottom w:w="90" w:type="dxa"/>
              <w:right w:w="85" w:type="dxa"/>
            </w:tcMar>
          </w:tcPr>
          <w:p w14:paraId="3A52AF8F" w14:textId="77777777" w:rsidR="003C1B6A" w:rsidRDefault="00B530F4">
            <w:pPr>
              <w:spacing w:after="140"/>
            </w:pPr>
            <w:r>
              <w:rPr>
                <w:b/>
                <w:sz w:val="17"/>
              </w:rPr>
              <w:t xml:space="preserve">Full valid driving licence: </w:t>
            </w:r>
            <w:sdt>
              <w:sdtPr>
                <w:rPr>
                  <w:rFonts w:ascii="MS Gothic" w:hAnsi="MS Gothic" w:eastAsia="MS Gothic" w:cs="MS Gothic"/>
                  <w:b/>
                  <w:sz w:val="17"/>
                </w:rPr>
                <w:alias w:val="Role, experience and availability - Full valid driving licence: Yes"/>
                <w:tag w:val="Role, experience and availability - Full valid driving licence: Yes"/>
                <w:id w:val="700052"/>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Role, experience and availability - Full valid driving licence: No"/>
                <w:tag w:val="Role, experience and availability - Full valid driving licence: No"/>
                <w:id w:val="700053"/>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1125DB8A" w14:textId="77777777" w:rsidR="003C1B6A" w:rsidRDefault="00B530F4">
            <w:pPr>
              <w:spacing w:after="0"/>
            </w:pPr>
            <w:sdt>
              <w:sdtPr>
                <w:rPr>
                  <w:color w:val="A0AAA4"/>
                  <w:sz w:val="16"/>
                </w:rPr>
                <w:alias w:val="Role, experience and availability - Full valid driving licence"/>
                <w:tag w:val="Role, experience and availability - Full valid driving licence"/>
                <w:id w:val="700054"/>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746407C2" w14:textId="77777777" w:rsidR="003C1B6A" w:rsidRDefault="00B530F4">
            <w:pPr>
              <w:spacing w:after="140"/>
            </w:pPr>
            <w:r>
              <w:rPr>
                <w:b/>
                <w:sz w:val="17"/>
              </w:rPr>
              <w:t xml:space="preserve">Access to suitable vehicle: </w:t>
            </w:r>
            <w:sdt>
              <w:sdtPr>
                <w:rPr>
                  <w:rFonts w:ascii="MS Gothic" w:hAnsi="MS Gothic" w:eastAsia="MS Gothic" w:cs="MS Gothic"/>
                  <w:b/>
                  <w:sz w:val="17"/>
                </w:rPr>
                <w:alias w:val="Role, experience and availability - Access to suitable vehicle: Yes"/>
                <w:tag w:val="Role, experience and availability - Access to suitable vehicle: Yes"/>
                <w:id w:val="700055"/>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Role, experience and availability - Access to suitable vehicle: No"/>
                <w:tag w:val="Role, experience and availability - Access to suitable vehicle: No"/>
                <w:id w:val="700056"/>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 </w:t>
            </w:r>
            <w:sdt>
              <w:sdtPr>
                <w:rPr>
                  <w:rFonts w:ascii="MS Gothic" w:hAnsi="MS Gothic" w:eastAsia="MS Gothic" w:cs="MS Gothic"/>
                  <w:b/>
                  <w:sz w:val="17"/>
                </w:rPr>
                <w:alias w:val="Role, experience and availability - Access to suitable vehicle: N/A"/>
                <w:tag w:val="Role, experience and availability - Access to suitable vehicle: N/A"/>
                <w:id w:val="700057"/>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N/A</w:t>
            </w:r>
          </w:p>
          <w:p w14:paraId="3C8A9A62" w14:textId="77777777" w:rsidR="003C1B6A" w:rsidRDefault="00B530F4">
            <w:pPr>
              <w:spacing w:after="0"/>
            </w:pPr>
            <w:sdt>
              <w:sdtPr>
                <w:rPr>
                  <w:color w:val="A0AAA4"/>
                  <w:sz w:val="16"/>
                </w:rPr>
                <w:alias w:val="Role, experience and availability - Access to suitable vehicle"/>
                <w:tag w:val="Role, experience and availability - Access to suitable vehicle"/>
                <w:id w:val="700058"/>
                <w:showingPlcHdr/>
                <w:text/>
              </w:sdtPr>
              <w:sdtContent>
                <w:r>
                  <w:rPr>
                    <w:color w:val="A0AAA4"/>
                    <w:sz w:val="16"/>
                  </w:rPr>
                  <w:t xml:space="preserve">_________________________________________________________</w:t>
                </w:r>
              </w:sdtContent>
            </w:sdt>
          </w:p>
        </w:tc>
      </w:tr>
      <w:tr w:rsidR="003C1B6A" w14:paraId="24CD0E94" w14:textId="77777777">
        <w:trPr>
          <w:jc w:val="center"/>
        </w:trPr>
        <w:tc>
          <w:tcPr>
            <w:tcW w:w="5184" w:type="dxa"/>
            <w:shd w:val="clear" w:color="auto" w:fill="EEF2EF"/>
            <w:tcMar>
              <w:top w:w="90" w:type="dxa"/>
              <w:left w:w="85" w:type="dxa"/>
              <w:bottom w:w="90" w:type="dxa"/>
              <w:right w:w="85" w:type="dxa"/>
            </w:tcMar>
          </w:tcPr>
          <w:p w14:paraId="4BCE7D2C" w14:textId="77777777" w:rsidR="003C1B6A" w:rsidRDefault="00B530F4">
            <w:pPr>
              <w:spacing w:after="140"/>
            </w:pPr>
            <w:r>
              <w:rPr>
                <w:b/>
                <w:sz w:val="17"/>
              </w:rPr>
              <w:t xml:space="preserve">Able to travel between clients: </w:t>
            </w:r>
            <w:sdt>
              <w:sdtPr>
                <w:rPr>
                  <w:rFonts w:ascii="MS Gothic" w:hAnsi="MS Gothic" w:eastAsia="MS Gothic" w:cs="MS Gothic"/>
                  <w:b/>
                  <w:sz w:val="17"/>
                </w:rPr>
                <w:alias w:val="Role, experience and availability - Able to travel between clients: Yes"/>
                <w:tag w:val="Role, experience and availability - Able to travel between clients: Yes"/>
                <w:id w:val="700059"/>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Role, experience and availability - Able to travel between clients: No"/>
                <w:tag w:val="Role, experience and availability - Able to travel between clients: No"/>
                <w:id w:val="700060"/>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 </w:t>
            </w:r>
            <w:sdt>
              <w:sdtPr>
                <w:rPr>
                  <w:rFonts w:ascii="MS Gothic" w:hAnsi="MS Gothic" w:eastAsia="MS Gothic" w:cs="MS Gothic"/>
                  <w:b/>
                  <w:sz w:val="17"/>
                </w:rPr>
                <w:alias w:val="Role, experience and availability - Able to travel between clients: Discuss"/>
                <w:tag w:val="Role, experience and availability - Able to travel between clients: Discuss"/>
                <w:id w:val="700061"/>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Discuss</w:t>
            </w:r>
          </w:p>
          <w:p w14:paraId="4BA4E0F8" w14:textId="77777777" w:rsidR="003C1B6A" w:rsidRDefault="00B530F4">
            <w:pPr>
              <w:spacing w:after="0"/>
            </w:pPr>
            <w:sdt>
              <w:sdtPr>
                <w:rPr>
                  <w:color w:val="A0AAA4"/>
                  <w:sz w:val="16"/>
                </w:rPr>
                <w:alias w:val="Role, experience and availability - Able to travel between clients"/>
                <w:tag w:val="Role, experience and availability - Able to travel between clients"/>
                <w:id w:val="700062"/>
                <w:showingPlcHdr/>
                <w:text/>
              </w:sdtPr>
              <w:sdtContent>
                <w:r>
                  <w:rPr>
                    <w:color w:val="A0AAA4"/>
                    <w:sz w:val="16"/>
                  </w:rPr>
                  <w:t xml:space="preserve">_________________________________________________________</w:t>
                </w:r>
              </w:sdtContent>
            </w:sdt>
          </w:p>
        </w:tc>
        <w:tc>
          <w:tcPr>
            <w:tcW w:w="5184" w:type="dxa"/>
            <w:shd w:val="clear" w:color="auto" w:fill="FFFFFF"/>
          </w:tcPr>
          <w:p w14:paraId="0F5757B9" w14:textId="77777777" w:rsidR="003C1B6A" w:rsidRDefault="003C1B6A"/>
        </w:tc>
      </w:tr>
    </w:tbl>
    <w:p w14:paraId="69B50A59" w14:textId="77777777" w:rsidR="003C1B6A" w:rsidRDefault="00B530F4">
      <w:r>
        <w:t>Driving and vehicle requirements will be discussed in relation to the duties of the role.</w:t>
      </w:r>
    </w:p>
    <w:p w14:paraId="615AD637" w14:textId="77777777" w:rsidR="003C1B6A" w:rsidRDefault="00B530F4">
      <w:pPr>
        <w:pStyle w:val="Heading1"/>
        <w:pBdr>
          <w:bottom w:val="single" w:sz="5" w:space="2" w:color="F4C4CC"/>
        </w:pBdr>
      </w:pPr>
      <w:r>
        <w:rPr>
          <w:color w:val="526B61"/>
        </w:rPr>
        <w:t>5. NEXT OF KIN / EMERGENCY CONTACTS</w:t>
      </w:r>
    </w:p>
    <w:p w14:paraId="74D8ECAB" w14:textId="77777777" w:rsidR="003C1B6A" w:rsidRDefault="00B530F4">
      <w:pPr>
        <w:pStyle w:val="Heading2"/>
      </w:pPr>
      <w:r>
        <w:t>CONTACT 1</w:t>
      </w:r>
    </w:p>
    <w:tbl>
      <w:tblPr>
        <w:tblStyle w:val="TableGrid"/>
        <w:tblW w:w="0" w:type="auto"/>
        <w:jc w:val="center"/>
        <w:tblLook w:val="04A0" w:firstRow="1" w:lastRow="0" w:firstColumn="1" w:lastColumn="0" w:noHBand="0" w:noVBand="1"/>
      </w:tblPr>
      <w:tblGrid>
        <w:gridCol w:w="5179"/>
        <w:gridCol w:w="5179"/>
      </w:tblGrid>
      <w:tr w:rsidR="003C1B6A" w14:paraId="32FE2716" w14:textId="77777777">
        <w:trPr>
          <w:jc w:val="center"/>
        </w:trPr>
        <w:tc>
          <w:tcPr>
            <w:tcW w:w="5184" w:type="dxa"/>
            <w:shd w:val="clear" w:color="auto" w:fill="EEF2EF"/>
            <w:tcMar>
              <w:top w:w="90" w:type="dxa"/>
              <w:left w:w="85" w:type="dxa"/>
              <w:bottom w:w="90" w:type="dxa"/>
              <w:right w:w="85" w:type="dxa"/>
            </w:tcMar>
          </w:tcPr>
          <w:p w14:paraId="40FC6384" w14:textId="77777777" w:rsidR="003C1B6A" w:rsidRDefault="00B530F4">
            <w:pPr>
              <w:spacing w:after="140"/>
            </w:pPr>
            <w:r>
              <w:rPr>
                <w:b/>
                <w:sz w:val="17"/>
              </w:rPr>
              <w:t>Full name</w:t>
            </w:r>
          </w:p>
          <w:p w14:paraId="2D82A17C" w14:textId="77777777" w:rsidR="003C1B6A" w:rsidRDefault="00B530F4">
            <w:pPr>
              <w:spacing w:after="0"/>
            </w:pPr>
            <w:sdt>
              <w:sdtPr>
                <w:rPr>
                  <w:color w:val="A0AAA4"/>
                  <w:sz w:val="16"/>
                </w:rPr>
                <w:alias w:val="Next of kin / emergency contacts - Contact 1 - Full name"/>
                <w:tag w:val="Next of kin / emergency contacts - Contact 1 - Full name"/>
                <w:id w:val="700063"/>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779E66B" w14:textId="77777777" w:rsidR="003C1B6A" w:rsidRDefault="00B530F4">
            <w:pPr>
              <w:spacing w:after="140"/>
            </w:pPr>
            <w:r>
              <w:rPr>
                <w:b/>
                <w:sz w:val="17"/>
              </w:rPr>
              <w:t>Relationship to you</w:t>
            </w:r>
          </w:p>
          <w:p w14:paraId="6A895E93" w14:textId="77777777" w:rsidR="003C1B6A" w:rsidRDefault="00B530F4">
            <w:pPr>
              <w:spacing w:after="0"/>
            </w:pPr>
            <w:sdt>
              <w:sdtPr>
                <w:rPr>
                  <w:color w:val="A0AAA4"/>
                  <w:sz w:val="16"/>
                </w:rPr>
                <w:alias w:val="Next of kin / emergency contacts - Contact 1 - Relationship to you"/>
                <w:tag w:val="Next of kin / emergency contacts - Contact 1 - Relationship to you"/>
                <w:id w:val="700064"/>
                <w:showingPlcHdr/>
                <w:text/>
              </w:sdtPr>
              <w:sdtContent>
                <w:r>
                  <w:rPr>
                    <w:color w:val="A0AAA4"/>
                    <w:sz w:val="16"/>
                  </w:rPr>
                  <w:t xml:space="preserve">_________________________________________________________</w:t>
                </w:r>
              </w:sdtContent>
            </w:sdt>
          </w:p>
        </w:tc>
      </w:tr>
      <w:tr w:rsidR="003C1B6A" w14:paraId="7BC344A3" w14:textId="77777777">
        <w:trPr>
          <w:jc w:val="center"/>
        </w:trPr>
        <w:tc>
          <w:tcPr>
            <w:tcW w:w="5184" w:type="dxa"/>
            <w:shd w:val="clear" w:color="auto" w:fill="FFFFFF"/>
            <w:tcMar>
              <w:top w:w="90" w:type="dxa"/>
              <w:left w:w="85" w:type="dxa"/>
              <w:bottom w:w="90" w:type="dxa"/>
              <w:right w:w="85" w:type="dxa"/>
            </w:tcMar>
          </w:tcPr>
          <w:p w14:paraId="5B2E503B" w14:textId="77777777" w:rsidR="003C1B6A" w:rsidRDefault="00B530F4">
            <w:pPr>
              <w:spacing w:after="140"/>
            </w:pPr>
            <w:r>
              <w:rPr>
                <w:b/>
                <w:sz w:val="17"/>
              </w:rPr>
              <w:t>Contact number</w:t>
            </w:r>
          </w:p>
          <w:p w14:paraId="1AC8CE17" w14:textId="77777777" w:rsidR="003C1B6A" w:rsidRDefault="00B530F4">
            <w:pPr>
              <w:spacing w:after="0"/>
            </w:pPr>
            <w:sdt>
              <w:sdtPr>
                <w:rPr>
                  <w:color w:val="A0AAA4"/>
                  <w:sz w:val="16"/>
                </w:rPr>
                <w:alias w:val="Next of kin / emergency contacts - Contact 1 - Contact number"/>
                <w:tag w:val="Next of kin / emergency contacts - Contact 1 - Contact number"/>
                <w:id w:val="700065"/>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2496F5FD" w14:textId="77777777" w:rsidR="003C1B6A" w:rsidRDefault="00B530F4">
            <w:pPr>
              <w:spacing w:after="140"/>
            </w:pPr>
            <w:r>
              <w:rPr>
                <w:b/>
                <w:sz w:val="17"/>
              </w:rPr>
              <w:t>Alternative number</w:t>
            </w:r>
          </w:p>
          <w:p w14:paraId="4E67B623" w14:textId="77777777" w:rsidR="003C1B6A" w:rsidRDefault="00B530F4">
            <w:pPr>
              <w:spacing w:after="0"/>
            </w:pPr>
            <w:sdt>
              <w:sdtPr>
                <w:rPr>
                  <w:color w:val="A0AAA4"/>
                  <w:sz w:val="16"/>
                </w:rPr>
                <w:alias w:val="Next of kin / emergency contacts - Contact 1 - Alternative number"/>
                <w:tag w:val="Next of kin / emergency contacts - Contact 1 - Alternative number"/>
                <w:id w:val="700066"/>
                <w:showingPlcHdr/>
                <w:text/>
              </w:sdtPr>
              <w:sdtContent>
                <w:r>
                  <w:rPr>
                    <w:color w:val="A0AAA4"/>
                    <w:sz w:val="16"/>
                  </w:rPr>
                  <w:t xml:space="preserve">_________________________________________________________</w:t>
                </w:r>
              </w:sdtContent>
            </w:sdt>
          </w:p>
        </w:tc>
      </w:tr>
    </w:tbl>
    <w:p w14:paraId="0D2D1EF3" w14:textId="77777777" w:rsidR="003C1B6A" w:rsidRDefault="00B530F4">
      <w:pPr>
        <w:pStyle w:val="Heading2"/>
      </w:pPr>
      <w:r>
        <w:lastRenderedPageBreak/>
        <w:t>CONTACT 2</w:t>
      </w:r>
    </w:p>
    <w:tbl>
      <w:tblPr>
        <w:tblStyle w:val="TableGrid"/>
        <w:tblW w:w="0" w:type="auto"/>
        <w:jc w:val="center"/>
        <w:tblLook w:val="04A0" w:firstRow="1" w:lastRow="0" w:firstColumn="1" w:lastColumn="0" w:noHBand="0" w:noVBand="1"/>
      </w:tblPr>
      <w:tblGrid>
        <w:gridCol w:w="5179"/>
        <w:gridCol w:w="5179"/>
      </w:tblGrid>
      <w:tr w:rsidR="003C1B6A" w14:paraId="4E7B87E3" w14:textId="77777777">
        <w:trPr>
          <w:jc w:val="center"/>
        </w:trPr>
        <w:tc>
          <w:tcPr>
            <w:tcW w:w="5184" w:type="dxa"/>
            <w:shd w:val="clear" w:color="auto" w:fill="EEF2EF"/>
            <w:tcMar>
              <w:top w:w="90" w:type="dxa"/>
              <w:left w:w="85" w:type="dxa"/>
              <w:bottom w:w="90" w:type="dxa"/>
              <w:right w:w="85" w:type="dxa"/>
            </w:tcMar>
          </w:tcPr>
          <w:p w14:paraId="1708FBF7" w14:textId="77777777" w:rsidR="003C1B6A" w:rsidRDefault="00B530F4">
            <w:pPr>
              <w:spacing w:after="140"/>
            </w:pPr>
            <w:r>
              <w:rPr>
                <w:b/>
                <w:sz w:val="17"/>
              </w:rPr>
              <w:t>Full name</w:t>
            </w:r>
          </w:p>
          <w:p w14:paraId="4EB6E23C" w14:textId="77777777" w:rsidR="003C1B6A" w:rsidRDefault="00B530F4">
            <w:pPr>
              <w:spacing w:after="0"/>
            </w:pPr>
            <w:sdt>
              <w:sdtPr>
                <w:rPr>
                  <w:color w:val="A0AAA4"/>
                  <w:sz w:val="16"/>
                </w:rPr>
                <w:alias w:val="Next of kin / emergency contacts - Contact 2 - Full name"/>
                <w:tag w:val="Next of kin / emergency contacts - Contact 2 - Full name"/>
                <w:id w:val="70006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5911F7C7" w14:textId="77777777" w:rsidR="003C1B6A" w:rsidRDefault="00B530F4">
            <w:pPr>
              <w:spacing w:after="140"/>
            </w:pPr>
            <w:r>
              <w:rPr>
                <w:b/>
                <w:sz w:val="17"/>
              </w:rPr>
              <w:t>Relationship to you</w:t>
            </w:r>
          </w:p>
          <w:p w14:paraId="215B8149" w14:textId="77777777" w:rsidR="003C1B6A" w:rsidRDefault="00B530F4">
            <w:pPr>
              <w:spacing w:after="0"/>
            </w:pPr>
            <w:sdt>
              <w:sdtPr>
                <w:rPr>
                  <w:color w:val="A0AAA4"/>
                  <w:sz w:val="16"/>
                </w:rPr>
                <w:alias w:val="Next of kin / emergency contacts - Contact 2 - Relationship to you"/>
                <w:tag w:val="Next of kin / emergency contacts - Contact 2 - Relationship to you"/>
                <w:id w:val="700068"/>
                <w:showingPlcHdr/>
                <w:text/>
              </w:sdtPr>
              <w:sdtContent>
                <w:r>
                  <w:rPr>
                    <w:color w:val="A0AAA4"/>
                    <w:sz w:val="16"/>
                  </w:rPr>
                  <w:t xml:space="preserve">_________________________________________________________</w:t>
                </w:r>
              </w:sdtContent>
            </w:sdt>
          </w:p>
        </w:tc>
      </w:tr>
      <w:tr w:rsidR="003C1B6A" w14:paraId="17C8FA3C" w14:textId="77777777">
        <w:trPr>
          <w:jc w:val="center"/>
        </w:trPr>
        <w:tc>
          <w:tcPr>
            <w:tcW w:w="5184" w:type="dxa"/>
            <w:shd w:val="clear" w:color="auto" w:fill="FFFFFF"/>
            <w:tcMar>
              <w:top w:w="90" w:type="dxa"/>
              <w:left w:w="85" w:type="dxa"/>
              <w:bottom w:w="90" w:type="dxa"/>
              <w:right w:w="85" w:type="dxa"/>
            </w:tcMar>
          </w:tcPr>
          <w:p w14:paraId="7418FC68" w14:textId="77777777" w:rsidR="003C1B6A" w:rsidRDefault="00B530F4">
            <w:pPr>
              <w:spacing w:after="140"/>
            </w:pPr>
            <w:r>
              <w:rPr>
                <w:b/>
                <w:sz w:val="17"/>
              </w:rPr>
              <w:t>Contact number</w:t>
            </w:r>
          </w:p>
          <w:p w14:paraId="7D982607" w14:textId="77777777" w:rsidR="003C1B6A" w:rsidRDefault="00B530F4">
            <w:pPr>
              <w:spacing w:after="0"/>
            </w:pPr>
            <w:sdt>
              <w:sdtPr>
                <w:rPr>
                  <w:color w:val="A0AAA4"/>
                  <w:sz w:val="16"/>
                </w:rPr>
                <w:alias w:val="Next of kin / emergency contacts - Contact 2 - Contact number"/>
                <w:tag w:val="Next of kin / emergency contacts - Contact 2 - Contact number"/>
                <w:id w:val="700069"/>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50F7CB4F" w14:textId="77777777" w:rsidR="003C1B6A" w:rsidRDefault="00B530F4">
            <w:pPr>
              <w:spacing w:after="140"/>
            </w:pPr>
            <w:r>
              <w:rPr>
                <w:b/>
                <w:sz w:val="17"/>
              </w:rPr>
              <w:t>Alternative number</w:t>
            </w:r>
          </w:p>
          <w:p w14:paraId="4D3F7DC6" w14:textId="77777777" w:rsidR="003C1B6A" w:rsidRDefault="00B530F4">
            <w:pPr>
              <w:spacing w:after="0"/>
            </w:pPr>
            <w:sdt>
              <w:sdtPr>
                <w:rPr>
                  <w:color w:val="A0AAA4"/>
                  <w:sz w:val="16"/>
                </w:rPr>
                <w:alias w:val="Next of kin / emergency contacts - Contact 2 - Alternative number"/>
                <w:tag w:val="Next of kin / emergency contacts - Contact 2 - Alternative number"/>
                <w:id w:val="700070"/>
                <w:showingPlcHdr/>
                <w:text/>
              </w:sdtPr>
              <w:sdtContent>
                <w:r>
                  <w:rPr>
                    <w:color w:val="A0AAA4"/>
                    <w:sz w:val="16"/>
                  </w:rPr>
                  <w:t xml:space="preserve">_________________________________________________________</w:t>
                </w:r>
              </w:sdtContent>
            </w:sdt>
          </w:p>
        </w:tc>
      </w:tr>
    </w:tbl>
    <w:p w14:paraId="14349974" w14:textId="77777777" w:rsidR="003C1B6A" w:rsidRDefault="00B530F4">
      <w:r>
        <w:t>Please ensure your nominated contacts know they have been listed and that their details may be used in an emergency.</w:t>
      </w:r>
    </w:p>
    <w:p w14:paraId="40EFBFD2" w14:textId="77777777" w:rsidR="003C1B6A" w:rsidRDefault="00B530F4">
      <w:pPr>
        <w:pStyle w:val="Heading1"/>
        <w:pBdr>
          <w:bottom w:val="single" w:sz="5" w:space="2" w:color="F4C4CC"/>
        </w:pBdr>
      </w:pPr>
      <w:r>
        <w:rPr>
          <w:color w:val="526B61"/>
        </w:rPr>
        <w:t>6. BANK DETAILS FOR PAYROLL</w:t>
      </w:r>
    </w:p>
    <w:tbl>
      <w:tblPr>
        <w:tblStyle w:val="TableGrid"/>
        <w:tblW w:w="0" w:type="auto"/>
        <w:jc w:val="center"/>
        <w:tblLook w:val="04A0" w:firstRow="1" w:lastRow="0" w:firstColumn="1" w:lastColumn="0" w:noHBand="0" w:noVBand="1"/>
      </w:tblPr>
      <w:tblGrid>
        <w:gridCol w:w="5179"/>
        <w:gridCol w:w="5179"/>
      </w:tblGrid>
      <w:tr w:rsidR="003C1B6A" w14:paraId="1AF8E7CE" w14:textId="77777777">
        <w:trPr>
          <w:jc w:val="center"/>
        </w:trPr>
        <w:tc>
          <w:tcPr>
            <w:tcW w:w="5184" w:type="dxa"/>
            <w:shd w:val="clear" w:color="auto" w:fill="EEF2EF"/>
            <w:tcMar>
              <w:top w:w="90" w:type="dxa"/>
              <w:left w:w="85" w:type="dxa"/>
              <w:bottom w:w="90" w:type="dxa"/>
              <w:right w:w="85" w:type="dxa"/>
            </w:tcMar>
          </w:tcPr>
          <w:p w14:paraId="489EBC79" w14:textId="77777777" w:rsidR="003C1B6A" w:rsidRDefault="00B530F4">
            <w:pPr>
              <w:spacing w:after="140"/>
            </w:pPr>
            <w:r>
              <w:rPr>
                <w:b/>
                <w:sz w:val="17"/>
              </w:rPr>
              <w:t>Account holder's name</w:t>
            </w:r>
          </w:p>
          <w:p w14:paraId="0CB137FD" w14:textId="77777777" w:rsidR="003C1B6A" w:rsidRDefault="00B530F4">
            <w:pPr>
              <w:spacing w:after="0"/>
            </w:pPr>
            <w:sdt>
              <w:sdtPr>
                <w:rPr>
                  <w:color w:val="A0AAA4"/>
                  <w:sz w:val="16"/>
                </w:rPr>
                <w:alias w:val="Bank details for payroll - Account holder's name"/>
                <w:tag w:val="Bank details for payroll - Account holder's name"/>
                <w:id w:val="700071"/>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5BDAA13" w14:textId="77777777" w:rsidR="003C1B6A" w:rsidRDefault="00B530F4">
            <w:pPr>
              <w:spacing w:after="140"/>
            </w:pPr>
            <w:r>
              <w:rPr>
                <w:b/>
                <w:sz w:val="17"/>
              </w:rPr>
              <w:t>Bank / building society</w:t>
            </w:r>
          </w:p>
          <w:p w14:paraId="5832411D" w14:textId="77777777" w:rsidR="003C1B6A" w:rsidRDefault="00B530F4">
            <w:pPr>
              <w:spacing w:after="0"/>
            </w:pPr>
            <w:sdt>
              <w:sdtPr>
                <w:rPr>
                  <w:color w:val="A0AAA4"/>
                  <w:sz w:val="16"/>
                </w:rPr>
                <w:alias w:val="Bank details for payroll - Bank / building society"/>
                <w:tag w:val="Bank details for payroll - Bank / building society"/>
                <w:id w:val="700072"/>
                <w:showingPlcHdr/>
                <w:text/>
              </w:sdtPr>
              <w:sdtContent>
                <w:r>
                  <w:rPr>
                    <w:color w:val="A0AAA4"/>
                    <w:sz w:val="16"/>
                  </w:rPr>
                  <w:t xml:space="preserve">_________________________________________________________</w:t>
                </w:r>
              </w:sdtContent>
            </w:sdt>
          </w:p>
        </w:tc>
      </w:tr>
      <w:tr w:rsidR="003C1B6A" w14:paraId="1377A462" w14:textId="77777777">
        <w:trPr>
          <w:jc w:val="center"/>
        </w:trPr>
        <w:tc>
          <w:tcPr>
            <w:tcW w:w="5184" w:type="dxa"/>
            <w:shd w:val="clear" w:color="auto" w:fill="FFFFFF"/>
            <w:tcMar>
              <w:top w:w="90" w:type="dxa"/>
              <w:left w:w="85" w:type="dxa"/>
              <w:bottom w:w="90" w:type="dxa"/>
              <w:right w:w="85" w:type="dxa"/>
            </w:tcMar>
          </w:tcPr>
          <w:p w14:paraId="59E17D63" w14:textId="77777777" w:rsidR="003C1B6A" w:rsidRDefault="00B530F4">
            <w:pPr>
              <w:spacing w:after="140"/>
            </w:pPr>
            <w:r>
              <w:rPr>
                <w:b/>
                <w:sz w:val="17"/>
              </w:rPr>
              <w:t>Account number</w:t>
            </w:r>
          </w:p>
          <w:p w14:paraId="3A94179B" w14:textId="77777777" w:rsidR="003C1B6A" w:rsidRDefault="00B530F4">
            <w:pPr>
              <w:spacing w:after="0"/>
            </w:pPr>
            <w:sdt>
              <w:sdtPr>
                <w:rPr>
                  <w:color w:val="A0AAA4"/>
                  <w:sz w:val="16"/>
                </w:rPr>
                <w:alias w:val="Bank details for payroll - Account number"/>
                <w:tag w:val="Bank details for payroll - Account number"/>
                <w:id w:val="700073"/>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5E5A6A93" w14:textId="77777777" w:rsidR="003C1B6A" w:rsidRDefault="00B530F4">
            <w:pPr>
              <w:spacing w:after="140"/>
            </w:pPr>
            <w:r>
              <w:rPr>
                <w:b/>
                <w:sz w:val="17"/>
              </w:rPr>
              <w:t>Sort code</w:t>
            </w:r>
          </w:p>
          <w:p w14:paraId="4DB77E5D" w14:textId="77777777" w:rsidR="003C1B6A" w:rsidRDefault="00B530F4">
            <w:pPr>
              <w:spacing w:after="0"/>
            </w:pPr>
            <w:sdt>
              <w:sdtPr>
                <w:rPr>
                  <w:color w:val="A0AAA4"/>
                  <w:sz w:val="16"/>
                </w:rPr>
                <w:alias w:val="Bank details for payroll - Sort code"/>
                <w:tag w:val="Bank details for payroll - Sort code"/>
                <w:id w:val="700074"/>
                <w:showingPlcHdr/>
                <w:text/>
              </w:sdtPr>
              <w:sdtContent>
                <w:r>
                  <w:rPr>
                    <w:color w:val="A0AAA4"/>
                    <w:sz w:val="16"/>
                  </w:rPr>
                  <w:t xml:space="preserve">_________________________________________________________</w:t>
                </w:r>
              </w:sdtContent>
            </w:sdt>
          </w:p>
        </w:tc>
      </w:tr>
    </w:tbl>
    <w:p w14:paraId="6FE9FAF9" w14:textId="77777777" w:rsidR="003C1B6A" w:rsidRDefault="00B530F4">
      <w:r>
        <w:t>Bank details will be used for payroll purposes and handled securely. Please use the approved secure method if requested.</w:t>
      </w:r>
    </w:p>
    <w:p w14:paraId="7E4E0536" w14:textId="77777777" w:rsidR="003C1B6A" w:rsidRDefault="00B530F4">
      <w:pPr>
        <w:pStyle w:val="Heading1"/>
        <w:pBdr>
          <w:bottom w:val="single" w:sz="5" w:space="2" w:color="F4C4CC"/>
        </w:pBdr>
      </w:pPr>
      <w:r>
        <w:rPr>
          <w:color w:val="526B61"/>
        </w:rPr>
        <w:t>7. TAX AND STUDENT LOAN DECLARATIONS</w:t>
      </w:r>
    </w:p>
    <w:p w14:paraId="122AD20B" w14:textId="77777777" w:rsidR="003C1B6A" w:rsidRDefault="00B530F4">
      <w:r>
        <w:t>Please complete the current HMRC starter checklist supplied by Pure Hearts Support Services Ltd. This helps payroll apply the correct tax code.</w:t>
      </w:r>
    </w:p>
    <w:p w14:paraId="0FC8B95B" w14:textId="77777777" w:rsidR="003C1B6A" w:rsidRDefault="00B530F4">
      <w:pPr>
        <w:spacing w:after="40"/>
      </w:pPr>
      <w:sdt>
        <w:sdtPr>
          <w:alias w:val="Tax and student loan declarations - Statement A – This is my first job since 6 April this tax year, and I have not received taxable Jobseeker's Allowance, Emplo"/>
          <w:tag w:val="Tax and student loan declarations - Statement A – This is my first job since 6 April this tax year, and I have not received taxable Jobseeker's Allowance, Emplo"/>
          <w:id w:val="70007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Statement A – This is my first job since 6 April this tax year, and I have not received taxable Jobseeker's Allowance, Employment and Support Allowance, taxable Incapacity Benefit or a State/occupational pension.</w:t>
      </w:r>
    </w:p>
    <w:p w14:paraId="227B84DE" w14:textId="77777777" w:rsidR="003C1B6A" w:rsidRDefault="00B530F4">
      <w:pPr>
        <w:spacing w:after="40"/>
      </w:pPr>
      <w:sdt>
        <w:sdtPr>
          <w:alias w:val="Tax and student loan declarations - Statement B – Since 6 April this tax year I have had another job, but this is now my only job I have not received a State/oc"/>
          <w:tag w:val="Tax and student loan declarations - Statement B – Since 6 April this tax year I have had another job, but this is now my only job I have not received a State/oc"/>
          <w:id w:val="70007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Statement B – Since 6 April this tax year I have had another job, but this is now my only job. I have not received a State/occupational pension.</w:t>
      </w:r>
    </w:p>
    <w:p w14:paraId="77A503F3" w14:textId="77777777" w:rsidR="003C1B6A" w:rsidRDefault="00B530F4">
      <w:pPr>
        <w:spacing w:after="40"/>
      </w:pPr>
      <w:sdt>
        <w:sdtPr>
          <w:alias w:val="Tax and student loan declarations - Statement C – I have another job or receive a State/occupational pension"/>
          <w:tag w:val="Tax and student loan declarations - Statement C – I have another job or receive a State/occupational pension"/>
          <w:id w:val="70007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Statement C – I have another job or receive a State/occupational pension.</w:t>
      </w:r>
    </w:p>
    <w:p w14:paraId="1095702D" w14:textId="77777777" w:rsidR="003C1B6A" w:rsidRDefault="00B530F4">
      <w:pPr>
        <w:spacing w:after="40"/>
      </w:pPr>
      <w:sdt>
        <w:sdtPr>
          <w:alias w:val="Tax and student loan declarations - I have a student loan or postgraduate loan that may require payroll deductions"/>
          <w:tag w:val="Tax and student loan declarations - I have a student loan or postgraduate loan that may require payroll deductions"/>
          <w:id w:val="70007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have a student loan or postgraduate loan that may require payroll deductions:  </w:t>
      </w:r>
      <w:sdt>
        <w:sdtPr>
          <w:alias w:val="Tax and student loan declarations - I have a student loan or postgraduate loan that may require payroll deductions: Yes"/>
          <w:tag w:val="Tax and student loan declarations - I have a student loan or postgraduate loan that may require payroll deductions: Yes"/>
          <w:id w:val="70007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Yes  </w:t>
      </w:r>
      <w:sdt>
        <w:sdtPr>
          <w:alias w:val="Tax and student loan declarations - I have a student loan or postgraduate loan that may require payroll deductions: No"/>
          <w:tag w:val="Tax and student loan declarations - I have a student loan or postgraduate loan that may require payroll deductions: No"/>
          <w:id w:val="700080"/>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No  </w:t>
      </w:r>
      <w:sdt>
        <w:sdtPr>
          <w:alias w:val="Tax and student loan declarations - I have a student loan or postgraduate loan that may require payroll deductions: Unsure"/>
          <w:tag w:val="Tax and student loan declarations - I have a student loan or postgraduate loan that may require payroll deductions: Unsure"/>
          <w:id w:val="700081"/>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Unsure</w:t>
      </w:r>
    </w:p>
    <w:p w14:paraId="4FFD1B3B" w14:textId="77777777" w:rsidR="003C1B6A" w:rsidRDefault="00B530F4">
      <w:pPr>
        <w:spacing w:after="40"/>
      </w:pPr>
      <w:sdt>
        <w:sdtPr>
          <w:alias w:val="Tax and student loan declarations - Plan, if known"/>
          <w:tag w:val="Tax and student loan declarations - Plan, if known"/>
          <w:id w:val="700082"/>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Plan, if known:  </w:t>
      </w:r>
      <w:sdt>
        <w:sdtPr>
          <w:alias w:val="Tax and student loan declarations - Plan, if known: Plan 1"/>
          <w:tag w:val="Tax and student loan declarations - Plan, if known: Plan 1"/>
          <w:id w:val="700083"/>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Plan 1  </w:t>
      </w:r>
      <w:sdt>
        <w:sdtPr>
          <w:alias w:val="Tax and student loan declarations - Plan, if known: Plan 2"/>
          <w:tag w:val="Tax and student loan declarations - Plan, if known: Plan 2"/>
          <w:id w:val="700084"/>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Plan 2  </w:t>
      </w:r>
      <w:sdt>
        <w:sdtPr>
          <w:alias w:val="Tax and student loan declarations - Plan, if known: Plan 4"/>
          <w:tag w:val="Tax and student loan declarations - Plan, if known: Plan 4"/>
          <w:id w:val="70008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Plan 4  </w:t>
      </w:r>
      <w:sdt>
        <w:sdtPr>
          <w:alias w:val="Tax and student loan declarations - Plan, if known: Plan 5"/>
          <w:tag w:val="Tax and student loan declarations - Plan, if known: Plan 5"/>
          <w:id w:val="70008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Plan 5  </w:t>
      </w:r>
      <w:sdt>
        <w:sdtPr>
          <w:alias w:val="Tax and student loan declarations - Plan, if known: Postgraduate Loan"/>
          <w:tag w:val="Tax and student loan declarations - Plan, if known: Postgraduate Loan"/>
          <w:id w:val="70008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Postgraduate Loan  </w:t>
      </w:r>
      <w:sdt>
        <w:sdtPr>
          <w:alias w:val="Tax and student loan declarations - Plan, if known: Unsure"/>
          <w:tag w:val="Tax and student loan declarations - Plan, if known: Unsure"/>
          <w:id w:val="70008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Unsure</w:t>
      </w:r>
    </w:p>
    <w:p w14:paraId="3C0A78B5" w14:textId="77777777" w:rsidR="003C1B6A" w:rsidRDefault="00B530F4">
      <w:r>
        <w:t>If none of the tax statements applies, contact the payroll administrator for guidance. Follow the current HMRC checklist for definitions and student loan requirements.</w:t>
      </w:r>
    </w:p>
    <w:p w14:paraId="78C57C29" w14:textId="77777777" w:rsidR="003C1B6A" w:rsidRDefault="00B530F4">
      <w:pPr>
        <w:pStyle w:val="Heading1"/>
        <w:pBdr>
          <w:bottom w:val="single" w:sz="5" w:space="2" w:color="F4C4CC"/>
        </w:pBdr>
      </w:pPr>
      <w:r>
        <w:rPr>
          <w:color w:val="526B61"/>
        </w:rPr>
        <w:t>8. FULL EMPLOYMENT HISTORY</w:t>
      </w:r>
    </w:p>
    <w:p w14:paraId="4B392AE1" w14:textId="77777777" w:rsidR="003C1B6A" w:rsidRDefault="00B530F4">
      <w:r>
        <w:t>Please provide your complete employment history, including care and non-care roles, agency work, self-employment and periods not employed. Attach your CV if available; it supports but does not replace the full history.</w:t>
      </w:r>
    </w:p>
    <w:p w14:paraId="6B2EC87C" w14:textId="77777777" w:rsidR="003C1B6A" w:rsidRDefault="00B530F4">
      <w:pPr>
        <w:pStyle w:val="Heading2"/>
      </w:pPr>
      <w:r>
        <w:t>MOST RECENT EMPLOYMENT</w:t>
      </w:r>
    </w:p>
    <w:tbl>
      <w:tblPr>
        <w:tblStyle w:val="TableGrid"/>
        <w:tblW w:w="0" w:type="auto"/>
        <w:jc w:val="center"/>
        <w:tblLook w:val="04A0" w:firstRow="1" w:lastRow="0" w:firstColumn="1" w:lastColumn="0" w:noHBand="0" w:noVBand="1"/>
      </w:tblPr>
      <w:tblGrid>
        <w:gridCol w:w="5179"/>
        <w:gridCol w:w="5179"/>
      </w:tblGrid>
      <w:tr w:rsidR="003C1B6A" w14:paraId="776EE14F" w14:textId="77777777">
        <w:trPr>
          <w:jc w:val="center"/>
        </w:trPr>
        <w:tc>
          <w:tcPr>
            <w:tcW w:w="5184" w:type="dxa"/>
            <w:shd w:val="clear" w:color="auto" w:fill="EEF2EF"/>
            <w:tcMar>
              <w:top w:w="90" w:type="dxa"/>
              <w:left w:w="85" w:type="dxa"/>
              <w:bottom w:w="90" w:type="dxa"/>
              <w:right w:w="85" w:type="dxa"/>
            </w:tcMar>
          </w:tcPr>
          <w:p w14:paraId="7CCE3993" w14:textId="77777777" w:rsidR="003C1B6A" w:rsidRDefault="00B530F4">
            <w:pPr>
              <w:spacing w:after="140"/>
            </w:pPr>
            <w:r>
              <w:rPr>
                <w:b/>
                <w:sz w:val="17"/>
              </w:rPr>
              <w:t>Employer name</w:t>
            </w:r>
          </w:p>
          <w:p w14:paraId="0E83B869" w14:textId="77777777" w:rsidR="003C1B6A" w:rsidRDefault="00B530F4">
            <w:pPr>
              <w:spacing w:after="0"/>
            </w:pPr>
            <w:sdt>
              <w:sdtPr>
                <w:rPr>
                  <w:color w:val="A0AAA4"/>
                  <w:sz w:val="16"/>
                </w:rPr>
                <w:alias w:val="Full employment history - Most recent employment - Employer name"/>
                <w:tag w:val="Full employment history - Most recent employment - Employer name"/>
                <w:id w:val="700089"/>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6E465F4C" w14:textId="77777777" w:rsidR="003C1B6A" w:rsidRDefault="00B530F4">
            <w:pPr>
              <w:spacing w:after="140"/>
            </w:pPr>
            <w:r>
              <w:rPr>
                <w:b/>
                <w:sz w:val="17"/>
              </w:rPr>
              <w:t>Employer address</w:t>
            </w:r>
          </w:p>
          <w:p w14:paraId="1CC2C792" w14:textId="77777777" w:rsidR="003C1B6A" w:rsidRDefault="00B530F4">
            <w:pPr>
              <w:spacing w:after="0"/>
            </w:pPr>
            <w:sdt>
              <w:sdtPr>
                <w:rPr>
                  <w:color w:val="A0AAA4"/>
                  <w:sz w:val="16"/>
                </w:rPr>
                <w:alias w:val="Full employment history - Most recent employment - Employer address"/>
                <w:tag w:val="Full employment history - Most recent employment - Employer address"/>
                <w:id w:val="700090"/>
                <w:showingPlcHdr/>
                <w:text/>
              </w:sdtPr>
              <w:sdtContent>
                <w:r>
                  <w:rPr>
                    <w:color w:val="A0AAA4"/>
                    <w:sz w:val="16"/>
                  </w:rPr>
                  <w:t xml:space="preserve">_________________________________________________________</w:t>
                </w:r>
              </w:sdtContent>
            </w:sdt>
          </w:p>
        </w:tc>
      </w:tr>
      <w:tr w:rsidR="003C1B6A" w14:paraId="09532244" w14:textId="77777777">
        <w:trPr>
          <w:jc w:val="center"/>
        </w:trPr>
        <w:tc>
          <w:tcPr>
            <w:tcW w:w="5184" w:type="dxa"/>
            <w:shd w:val="clear" w:color="auto" w:fill="FFFFFF"/>
            <w:tcMar>
              <w:top w:w="90" w:type="dxa"/>
              <w:left w:w="85" w:type="dxa"/>
              <w:bottom w:w="90" w:type="dxa"/>
              <w:right w:w="85" w:type="dxa"/>
            </w:tcMar>
          </w:tcPr>
          <w:p w14:paraId="73C69985" w14:textId="77777777" w:rsidR="003C1B6A" w:rsidRDefault="00B530F4">
            <w:pPr>
              <w:spacing w:after="140"/>
            </w:pPr>
            <w:r>
              <w:rPr>
                <w:b/>
                <w:sz w:val="17"/>
              </w:rPr>
              <w:t>Job title</w:t>
            </w:r>
          </w:p>
          <w:p w14:paraId="24FC6D0B" w14:textId="77777777" w:rsidR="003C1B6A" w:rsidRDefault="00B530F4">
            <w:pPr>
              <w:spacing w:after="0"/>
            </w:pPr>
            <w:sdt>
              <w:sdtPr>
                <w:rPr>
                  <w:color w:val="A0AAA4"/>
                  <w:sz w:val="16"/>
                </w:rPr>
                <w:alias w:val="Full employment history - Most recent employment - Job title"/>
                <w:tag w:val="Full employment history - Most recent employment - Job title"/>
                <w:id w:val="700091"/>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02EFFDDD" w14:textId="77777777" w:rsidR="003C1B6A" w:rsidRDefault="00B530F4">
            <w:pPr>
              <w:spacing w:after="140"/>
            </w:pPr>
            <w:r>
              <w:rPr>
                <w:b/>
                <w:sz w:val="17"/>
              </w:rPr>
              <w:t>Start date</w:t>
            </w:r>
          </w:p>
          <w:p w14:paraId="4BEAC9F9" w14:textId="77777777" w:rsidR="003C1B6A" w:rsidRDefault="00B530F4">
            <w:pPr>
              <w:spacing w:after="0"/>
            </w:pPr>
            <w:sdt>
              <w:sdtPr>
                <w:rPr>
                  <w:color w:val="A0AAA4"/>
                  <w:sz w:val="16"/>
                </w:rPr>
                <w:alias w:val="Full employment history - Most recent employment - Start date"/>
                <w:tag w:val="Full employment history - Most recent employment - Start date"/>
                <w:id w:val="700092"/>
                <w:showingPlcHdr/>
                <w:text/>
              </w:sdtPr>
              <w:sdtContent>
                <w:r>
                  <w:rPr>
                    <w:color w:val="A0AAA4"/>
                    <w:sz w:val="16"/>
                  </w:rPr>
                  <w:t xml:space="preserve">_________________________________________________________</w:t>
                </w:r>
              </w:sdtContent>
            </w:sdt>
          </w:p>
        </w:tc>
      </w:tr>
      <w:tr w:rsidR="003C1B6A" w14:paraId="45235AED" w14:textId="77777777">
        <w:trPr>
          <w:jc w:val="center"/>
        </w:trPr>
        <w:tc>
          <w:tcPr>
            <w:tcW w:w="5184" w:type="dxa"/>
            <w:shd w:val="clear" w:color="auto" w:fill="EEF2EF"/>
            <w:tcMar>
              <w:top w:w="90" w:type="dxa"/>
              <w:left w:w="85" w:type="dxa"/>
              <w:bottom w:w="90" w:type="dxa"/>
              <w:right w:w="85" w:type="dxa"/>
            </w:tcMar>
          </w:tcPr>
          <w:p w14:paraId="555635C9" w14:textId="77777777" w:rsidR="003C1B6A" w:rsidRDefault="00B530F4">
            <w:pPr>
              <w:spacing w:after="140"/>
            </w:pPr>
            <w:r>
              <w:rPr>
                <w:b/>
                <w:sz w:val="17"/>
              </w:rPr>
              <w:t>End date</w:t>
            </w:r>
          </w:p>
          <w:p w14:paraId="675A4ADD" w14:textId="77777777" w:rsidR="003C1B6A" w:rsidRDefault="00B530F4">
            <w:pPr>
              <w:spacing w:after="0"/>
            </w:pPr>
            <w:sdt>
              <w:sdtPr>
                <w:rPr>
                  <w:color w:val="A0AAA4"/>
                  <w:sz w:val="16"/>
                </w:rPr>
                <w:alias w:val="Full employment history - Most recent employment - End date"/>
                <w:tag w:val="Full employment history - Most recent employment - End date"/>
                <w:id w:val="700093"/>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DF7013D" w14:textId="77777777" w:rsidR="003C1B6A" w:rsidRDefault="00B530F4">
            <w:pPr>
              <w:spacing w:after="140"/>
            </w:pPr>
            <w:r>
              <w:rPr>
                <w:b/>
                <w:sz w:val="17"/>
              </w:rPr>
              <w:t>Reason for leaving</w:t>
            </w:r>
          </w:p>
          <w:p w14:paraId="57F74BCA" w14:textId="77777777" w:rsidR="003C1B6A" w:rsidRDefault="00B530F4">
            <w:pPr>
              <w:spacing w:after="0"/>
            </w:pPr>
            <w:sdt>
              <w:sdtPr>
                <w:rPr>
                  <w:color w:val="A0AAA4"/>
                  <w:sz w:val="16"/>
                </w:rPr>
                <w:alias w:val="Full employment history - Most recent employment - Reason for leaving"/>
                <w:tag w:val="Full employment history - Most recent employment - Reason for leaving"/>
                <w:id w:val="700094"/>
                <w:showingPlcHdr/>
                <w:text/>
              </w:sdtPr>
              <w:sdtContent>
                <w:r>
                  <w:rPr>
                    <w:color w:val="A0AAA4"/>
                    <w:sz w:val="16"/>
                  </w:rPr>
                  <w:t xml:space="preserve">_________________________________________________________</w:t>
                </w:r>
              </w:sdtContent>
            </w:sdt>
          </w:p>
        </w:tc>
      </w:tr>
      <w:tr w:rsidR="003C1B6A" w14:paraId="58BCF5C8" w14:textId="77777777">
        <w:trPr>
          <w:jc w:val="center"/>
        </w:trPr>
        <w:tc>
          <w:tcPr>
            <w:tcW w:w="5184" w:type="dxa"/>
            <w:shd w:val="clear" w:color="auto" w:fill="FFFFFF"/>
            <w:tcMar>
              <w:top w:w="90" w:type="dxa"/>
              <w:left w:w="85" w:type="dxa"/>
              <w:bottom w:w="90" w:type="dxa"/>
              <w:right w:w="85" w:type="dxa"/>
            </w:tcMar>
          </w:tcPr>
          <w:p w14:paraId="78640811" w14:textId="77777777" w:rsidR="003C1B6A" w:rsidRDefault="00B530F4">
            <w:pPr>
              <w:spacing w:after="140"/>
            </w:pPr>
            <w:r>
              <w:rPr>
                <w:b/>
                <w:sz w:val="17"/>
              </w:rPr>
              <w:t>Manager's name</w:t>
            </w:r>
          </w:p>
          <w:p w14:paraId="30966971" w14:textId="77777777" w:rsidR="003C1B6A" w:rsidRDefault="00B530F4">
            <w:pPr>
              <w:spacing w:after="0"/>
            </w:pPr>
            <w:sdt>
              <w:sdtPr>
                <w:rPr>
                  <w:color w:val="A0AAA4"/>
                  <w:sz w:val="16"/>
                </w:rPr>
                <w:alias w:val="Full employment history - Most recent employment - Manager's name"/>
                <w:tag w:val="Full employment history - Most recent employment - Manager's name"/>
                <w:id w:val="700095"/>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1557D1DF" w14:textId="77777777" w:rsidR="003C1B6A" w:rsidRDefault="00B530F4">
            <w:pPr>
              <w:spacing w:after="140"/>
            </w:pPr>
            <w:r>
              <w:rPr>
                <w:b/>
                <w:sz w:val="17"/>
              </w:rPr>
              <w:lastRenderedPageBreak/>
              <w:t>Manager's work email</w:t>
            </w:r>
          </w:p>
          <w:p w14:paraId="651B05DE" w14:textId="77777777" w:rsidR="003C1B6A" w:rsidRDefault="00B530F4">
            <w:pPr>
              <w:spacing w:after="0"/>
            </w:pPr>
            <w:sdt>
              <w:sdtPr>
                <w:rPr>
                  <w:color w:val="A0AAA4"/>
                  <w:sz w:val="16"/>
                </w:rPr>
                <w:alias w:val="Full employment history - Most recent employment - Manager's work email"/>
                <w:tag w:val="Full employment history - Most recent employment - Manager's work email"/>
                <w:id w:val="700096"/>
                <w:showingPlcHdr/>
                <w:text/>
              </w:sdtPr>
              <w:sdtContent>
                <w:r>
                  <w:rPr>
                    <w:color w:val="A0AAA4"/>
                    <w:sz w:val="16"/>
                  </w:rPr>
                  <w:t xml:space="preserve">_________________________________________________________</w:t>
                </w:r>
              </w:sdtContent>
            </w:sdt>
          </w:p>
        </w:tc>
      </w:tr>
      <w:tr w:rsidR="003C1B6A" w14:paraId="09A96BE0" w14:textId="77777777">
        <w:trPr>
          <w:jc w:val="center"/>
        </w:trPr>
        <w:tc>
          <w:tcPr>
            <w:tcW w:w="5184" w:type="dxa"/>
            <w:shd w:val="clear" w:color="auto" w:fill="EEF2EF"/>
            <w:tcMar>
              <w:top w:w="90" w:type="dxa"/>
              <w:left w:w="85" w:type="dxa"/>
              <w:bottom w:w="90" w:type="dxa"/>
              <w:right w:w="85" w:type="dxa"/>
            </w:tcMar>
          </w:tcPr>
          <w:p w14:paraId="642DD537" w14:textId="77777777" w:rsidR="003C1B6A" w:rsidRDefault="00B530F4">
            <w:pPr>
              <w:spacing w:after="140"/>
            </w:pPr>
            <w:r>
              <w:rPr>
                <w:b/>
                <w:sz w:val="17"/>
              </w:rPr>
              <w:lastRenderedPageBreak/>
              <w:t>Manager's contact number</w:t>
            </w:r>
          </w:p>
          <w:p w14:paraId="4D599DD5" w14:textId="77777777" w:rsidR="003C1B6A" w:rsidRDefault="00B530F4">
            <w:pPr>
              <w:spacing w:after="0"/>
            </w:pPr>
            <w:sdt>
              <w:sdtPr>
                <w:rPr>
                  <w:color w:val="A0AAA4"/>
                  <w:sz w:val="16"/>
                </w:rPr>
                <w:alias w:val="Full employment history - Most recent employment - Manager's contact number"/>
                <w:tag w:val="Full employment history - Most recent employment - Manager's contact number"/>
                <w:id w:val="70009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208E214" w14:textId="77777777" w:rsidR="003C1B6A" w:rsidRDefault="00B530F4">
            <w:pPr>
              <w:spacing w:after="140"/>
            </w:pPr>
            <w:r>
              <w:rPr>
                <w:b/>
                <w:sz w:val="17"/>
              </w:rPr>
              <w:t xml:space="preserve">Health/social care role: </w:t>
            </w:r>
            <w:sdt>
              <w:sdtPr>
                <w:rPr>
                  <w:rFonts w:ascii="MS Gothic" w:hAnsi="MS Gothic" w:eastAsia="MS Gothic" w:cs="MS Gothic"/>
                  <w:b/>
                  <w:sz w:val="17"/>
                </w:rPr>
                <w:alias w:val="Full employment history - Most recent employment - Health/social care role: Yes"/>
                <w:tag w:val="Full employment history - Most recent employment - Health/social care role: Yes"/>
                <w:id w:val="700098"/>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Full employment history - Most recent employment - Health/social care role: No"/>
                <w:tag w:val="Full employment history - Most recent employment - Health/social care role: No"/>
                <w:id w:val="700099"/>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29D5C9BF" w14:textId="77777777" w:rsidR="003C1B6A" w:rsidRDefault="00B530F4">
            <w:pPr>
              <w:spacing w:after="0"/>
            </w:pPr>
            <w:sdt>
              <w:sdtPr>
                <w:rPr>
                  <w:color w:val="A0AAA4"/>
                  <w:sz w:val="16"/>
                </w:rPr>
                <w:alias w:val="Full employment history - Most recent employment - Health/social care role"/>
                <w:tag w:val="Full employment history - Most recent employment - Health/social care role"/>
                <w:id w:val="700100"/>
                <w:showingPlcHdr/>
                <w:text/>
              </w:sdtPr>
              <w:sdtContent>
                <w:r>
                  <w:rPr>
                    <w:color w:val="A0AAA4"/>
                    <w:sz w:val="16"/>
                  </w:rPr>
                  <w:t xml:space="preserve">_________________________________________________________</w:t>
                </w:r>
              </w:sdtContent>
            </w:sdt>
          </w:p>
        </w:tc>
      </w:tr>
    </w:tbl>
    <w:p w14:paraId="439C1F6E" w14:textId="77777777" w:rsidR="003C1B6A" w:rsidRDefault="00B530F4">
      <w:pPr>
        <w:pStyle w:val="Heading2"/>
      </w:pPr>
      <w:r>
        <w:t>PREVIOUS EMPLOYMENT</w:t>
      </w:r>
    </w:p>
    <w:tbl>
      <w:tblPr>
        <w:tblStyle w:val="TableGrid"/>
        <w:tblW w:w="0" w:type="auto"/>
        <w:jc w:val="center"/>
        <w:tblLook w:val="04A0" w:firstRow="1" w:lastRow="0" w:firstColumn="1" w:lastColumn="0" w:noHBand="0" w:noVBand="1"/>
      </w:tblPr>
      <w:tblGrid>
        <w:gridCol w:w="5179"/>
        <w:gridCol w:w="5179"/>
      </w:tblGrid>
      <w:tr w:rsidR="003C1B6A" w14:paraId="27D7D259" w14:textId="77777777">
        <w:trPr>
          <w:jc w:val="center"/>
        </w:trPr>
        <w:tc>
          <w:tcPr>
            <w:tcW w:w="5184" w:type="dxa"/>
            <w:shd w:val="clear" w:color="auto" w:fill="EEF2EF"/>
            <w:tcMar>
              <w:top w:w="90" w:type="dxa"/>
              <w:left w:w="85" w:type="dxa"/>
              <w:bottom w:w="90" w:type="dxa"/>
              <w:right w:w="85" w:type="dxa"/>
            </w:tcMar>
          </w:tcPr>
          <w:p w14:paraId="576E9B7F" w14:textId="77777777" w:rsidR="003C1B6A" w:rsidRDefault="00B530F4">
            <w:pPr>
              <w:spacing w:after="140"/>
            </w:pPr>
            <w:r>
              <w:rPr>
                <w:b/>
                <w:sz w:val="17"/>
              </w:rPr>
              <w:t>Employer name</w:t>
            </w:r>
          </w:p>
          <w:p w14:paraId="49503D7D" w14:textId="77777777" w:rsidR="003C1B6A" w:rsidRDefault="00B530F4">
            <w:pPr>
              <w:spacing w:after="0"/>
            </w:pPr>
            <w:sdt>
              <w:sdtPr>
                <w:rPr>
                  <w:color w:val="A0AAA4"/>
                  <w:sz w:val="16"/>
                </w:rPr>
                <w:alias w:val="Full employment history - Previous employment - Employer name"/>
                <w:tag w:val="Full employment history - Previous employment - Employer name"/>
                <w:id w:val="700101"/>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2653C2E6" w14:textId="77777777" w:rsidR="003C1B6A" w:rsidRDefault="00B530F4">
            <w:pPr>
              <w:spacing w:after="140"/>
            </w:pPr>
            <w:r>
              <w:rPr>
                <w:b/>
                <w:sz w:val="17"/>
              </w:rPr>
              <w:t>Employer address</w:t>
            </w:r>
          </w:p>
          <w:p w14:paraId="7668A6E7" w14:textId="77777777" w:rsidR="003C1B6A" w:rsidRDefault="00B530F4">
            <w:pPr>
              <w:spacing w:after="0"/>
            </w:pPr>
            <w:sdt>
              <w:sdtPr>
                <w:rPr>
                  <w:color w:val="A0AAA4"/>
                  <w:sz w:val="16"/>
                </w:rPr>
                <w:alias w:val="Full employment history - Previous employment - Employer address"/>
                <w:tag w:val="Full employment history - Previous employment - Employer address"/>
                <w:id w:val="700102"/>
                <w:showingPlcHdr/>
                <w:text/>
              </w:sdtPr>
              <w:sdtContent>
                <w:r>
                  <w:rPr>
                    <w:color w:val="A0AAA4"/>
                    <w:sz w:val="16"/>
                  </w:rPr>
                  <w:t xml:space="preserve">_________________________________________________________</w:t>
                </w:r>
              </w:sdtContent>
            </w:sdt>
          </w:p>
        </w:tc>
      </w:tr>
      <w:tr w:rsidR="003C1B6A" w14:paraId="6AF14141" w14:textId="77777777">
        <w:trPr>
          <w:jc w:val="center"/>
        </w:trPr>
        <w:tc>
          <w:tcPr>
            <w:tcW w:w="5184" w:type="dxa"/>
            <w:shd w:val="clear" w:color="auto" w:fill="FFFFFF"/>
            <w:tcMar>
              <w:top w:w="90" w:type="dxa"/>
              <w:left w:w="85" w:type="dxa"/>
              <w:bottom w:w="90" w:type="dxa"/>
              <w:right w:w="85" w:type="dxa"/>
            </w:tcMar>
          </w:tcPr>
          <w:p w14:paraId="1DAD5F80" w14:textId="77777777" w:rsidR="003C1B6A" w:rsidRDefault="00B530F4">
            <w:pPr>
              <w:spacing w:after="140"/>
            </w:pPr>
            <w:r>
              <w:rPr>
                <w:b/>
                <w:sz w:val="17"/>
              </w:rPr>
              <w:t>Job title</w:t>
            </w:r>
          </w:p>
          <w:p w14:paraId="1F3569B3" w14:textId="77777777" w:rsidR="003C1B6A" w:rsidRDefault="00B530F4">
            <w:pPr>
              <w:spacing w:after="0"/>
            </w:pPr>
            <w:sdt>
              <w:sdtPr>
                <w:rPr>
                  <w:color w:val="A0AAA4"/>
                  <w:sz w:val="16"/>
                </w:rPr>
                <w:alias w:val="Full employment history - Previous employment - Job title"/>
                <w:tag w:val="Full employment history - Previous employment - Job title"/>
                <w:id w:val="700103"/>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5F24B458" w14:textId="77777777" w:rsidR="003C1B6A" w:rsidRDefault="00B530F4">
            <w:pPr>
              <w:spacing w:after="140"/>
            </w:pPr>
            <w:r>
              <w:rPr>
                <w:b/>
                <w:sz w:val="17"/>
              </w:rPr>
              <w:t>Start date</w:t>
            </w:r>
          </w:p>
          <w:p w14:paraId="1E277647" w14:textId="77777777" w:rsidR="003C1B6A" w:rsidRDefault="00B530F4">
            <w:pPr>
              <w:spacing w:after="0"/>
            </w:pPr>
            <w:sdt>
              <w:sdtPr>
                <w:rPr>
                  <w:color w:val="A0AAA4"/>
                  <w:sz w:val="16"/>
                </w:rPr>
                <w:alias w:val="Full employment history - Previous employment - Start date"/>
                <w:tag w:val="Full employment history - Previous employment - Start date"/>
                <w:id w:val="700104"/>
                <w:showingPlcHdr/>
                <w:text/>
              </w:sdtPr>
              <w:sdtContent>
                <w:r>
                  <w:rPr>
                    <w:color w:val="A0AAA4"/>
                    <w:sz w:val="16"/>
                  </w:rPr>
                  <w:t xml:space="preserve">_________________________________________________________</w:t>
                </w:r>
              </w:sdtContent>
            </w:sdt>
          </w:p>
        </w:tc>
      </w:tr>
      <w:tr w:rsidR="003C1B6A" w14:paraId="02316353" w14:textId="77777777">
        <w:trPr>
          <w:jc w:val="center"/>
        </w:trPr>
        <w:tc>
          <w:tcPr>
            <w:tcW w:w="5184" w:type="dxa"/>
            <w:shd w:val="clear" w:color="auto" w:fill="EEF2EF"/>
            <w:tcMar>
              <w:top w:w="90" w:type="dxa"/>
              <w:left w:w="85" w:type="dxa"/>
              <w:bottom w:w="90" w:type="dxa"/>
              <w:right w:w="85" w:type="dxa"/>
            </w:tcMar>
          </w:tcPr>
          <w:p w14:paraId="4461550C" w14:textId="77777777" w:rsidR="003C1B6A" w:rsidRDefault="00B530F4">
            <w:pPr>
              <w:spacing w:after="140"/>
            </w:pPr>
            <w:r>
              <w:rPr>
                <w:b/>
                <w:sz w:val="17"/>
              </w:rPr>
              <w:t>End date</w:t>
            </w:r>
          </w:p>
          <w:p w14:paraId="65087FB4" w14:textId="77777777" w:rsidR="003C1B6A" w:rsidRDefault="00B530F4">
            <w:pPr>
              <w:spacing w:after="0"/>
            </w:pPr>
            <w:sdt>
              <w:sdtPr>
                <w:rPr>
                  <w:color w:val="A0AAA4"/>
                  <w:sz w:val="16"/>
                </w:rPr>
                <w:alias w:val="Full employment history - Previous employment - End date"/>
                <w:tag w:val="Full employment history - Previous employment - End date"/>
                <w:id w:val="700105"/>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12180E23" w14:textId="77777777" w:rsidR="003C1B6A" w:rsidRDefault="00B530F4">
            <w:pPr>
              <w:spacing w:after="140"/>
            </w:pPr>
            <w:r>
              <w:rPr>
                <w:b/>
                <w:sz w:val="17"/>
              </w:rPr>
              <w:t>Reason for leaving</w:t>
            </w:r>
          </w:p>
          <w:p w14:paraId="3FE2FDDA" w14:textId="77777777" w:rsidR="003C1B6A" w:rsidRDefault="00B530F4">
            <w:pPr>
              <w:spacing w:after="0"/>
            </w:pPr>
            <w:sdt>
              <w:sdtPr>
                <w:rPr>
                  <w:color w:val="A0AAA4"/>
                  <w:sz w:val="16"/>
                </w:rPr>
                <w:alias w:val="Full employment history - Previous employment - Reason for leaving"/>
                <w:tag w:val="Full employment history - Previous employment - Reason for leaving"/>
                <w:id w:val="700106"/>
                <w:showingPlcHdr/>
                <w:text/>
              </w:sdtPr>
              <w:sdtContent>
                <w:r>
                  <w:rPr>
                    <w:color w:val="A0AAA4"/>
                    <w:sz w:val="16"/>
                  </w:rPr>
                  <w:t xml:space="preserve">_________________________________________________________</w:t>
                </w:r>
              </w:sdtContent>
            </w:sdt>
          </w:p>
        </w:tc>
      </w:tr>
      <w:tr w:rsidR="003C1B6A" w14:paraId="125D0C27" w14:textId="77777777">
        <w:trPr>
          <w:jc w:val="center"/>
        </w:trPr>
        <w:tc>
          <w:tcPr>
            <w:tcW w:w="5184" w:type="dxa"/>
            <w:shd w:val="clear" w:color="auto" w:fill="FFFFFF"/>
            <w:tcMar>
              <w:top w:w="90" w:type="dxa"/>
              <w:left w:w="85" w:type="dxa"/>
              <w:bottom w:w="90" w:type="dxa"/>
              <w:right w:w="85" w:type="dxa"/>
            </w:tcMar>
          </w:tcPr>
          <w:p w14:paraId="3BBC1370" w14:textId="77777777" w:rsidR="003C1B6A" w:rsidRDefault="00B530F4">
            <w:pPr>
              <w:spacing w:after="140"/>
            </w:pPr>
            <w:r>
              <w:rPr>
                <w:b/>
                <w:sz w:val="17"/>
              </w:rPr>
              <w:t>Manager's name</w:t>
            </w:r>
          </w:p>
          <w:p w14:paraId="39427094" w14:textId="77777777" w:rsidR="003C1B6A" w:rsidRDefault="00B530F4">
            <w:pPr>
              <w:spacing w:after="0"/>
            </w:pPr>
            <w:sdt>
              <w:sdtPr>
                <w:rPr>
                  <w:color w:val="A0AAA4"/>
                  <w:sz w:val="16"/>
                </w:rPr>
                <w:alias w:val="Full employment history - Previous employment - Manager's name"/>
                <w:tag w:val="Full employment history - Previous employment - Manager's name"/>
                <w:id w:val="700107"/>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44E5B3C9" w14:textId="77777777" w:rsidR="003C1B6A" w:rsidRDefault="00B530F4">
            <w:pPr>
              <w:spacing w:after="140"/>
            </w:pPr>
            <w:r>
              <w:rPr>
                <w:b/>
                <w:sz w:val="17"/>
              </w:rPr>
              <w:t>Manager's work email</w:t>
            </w:r>
          </w:p>
          <w:p w14:paraId="3B2EED94" w14:textId="77777777" w:rsidR="003C1B6A" w:rsidRDefault="00B530F4">
            <w:pPr>
              <w:spacing w:after="0"/>
            </w:pPr>
            <w:sdt>
              <w:sdtPr>
                <w:rPr>
                  <w:color w:val="A0AAA4"/>
                  <w:sz w:val="16"/>
                </w:rPr>
                <w:alias w:val="Full employment history - Previous employment - Manager's work email"/>
                <w:tag w:val="Full employment history - Previous employment - Manager's work email"/>
                <w:id w:val="700108"/>
                <w:showingPlcHdr/>
                <w:text/>
              </w:sdtPr>
              <w:sdtContent>
                <w:r>
                  <w:rPr>
                    <w:color w:val="A0AAA4"/>
                    <w:sz w:val="16"/>
                  </w:rPr>
                  <w:t xml:space="preserve">_________________________________________________________</w:t>
                </w:r>
              </w:sdtContent>
            </w:sdt>
          </w:p>
        </w:tc>
      </w:tr>
      <w:tr w:rsidR="003C1B6A" w14:paraId="10D19F0C" w14:textId="77777777">
        <w:trPr>
          <w:jc w:val="center"/>
        </w:trPr>
        <w:tc>
          <w:tcPr>
            <w:tcW w:w="5184" w:type="dxa"/>
            <w:shd w:val="clear" w:color="auto" w:fill="EEF2EF"/>
            <w:tcMar>
              <w:top w:w="90" w:type="dxa"/>
              <w:left w:w="85" w:type="dxa"/>
              <w:bottom w:w="90" w:type="dxa"/>
              <w:right w:w="85" w:type="dxa"/>
            </w:tcMar>
          </w:tcPr>
          <w:p w14:paraId="16A7EF4A" w14:textId="77777777" w:rsidR="003C1B6A" w:rsidRDefault="00B530F4">
            <w:pPr>
              <w:spacing w:after="140"/>
            </w:pPr>
            <w:r>
              <w:rPr>
                <w:b/>
                <w:sz w:val="17"/>
              </w:rPr>
              <w:t>Manager's contact number</w:t>
            </w:r>
          </w:p>
          <w:p w14:paraId="4393A96C" w14:textId="77777777" w:rsidR="003C1B6A" w:rsidRDefault="00B530F4">
            <w:pPr>
              <w:spacing w:after="0"/>
            </w:pPr>
            <w:sdt>
              <w:sdtPr>
                <w:rPr>
                  <w:color w:val="A0AAA4"/>
                  <w:sz w:val="16"/>
                </w:rPr>
                <w:alias w:val="Full employment history - Previous employment - Manager's contact number"/>
                <w:tag w:val="Full employment history - Previous employment - Manager's contact number"/>
                <w:id w:val="700109"/>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12D76F46" w14:textId="77777777" w:rsidR="003C1B6A" w:rsidRDefault="00B530F4">
            <w:pPr>
              <w:spacing w:after="140"/>
            </w:pPr>
            <w:r>
              <w:rPr>
                <w:b/>
                <w:sz w:val="17"/>
              </w:rPr>
              <w:t xml:space="preserve">Health/social care role: </w:t>
            </w:r>
            <w:sdt>
              <w:sdtPr>
                <w:rPr>
                  <w:rFonts w:ascii="MS Gothic" w:hAnsi="MS Gothic" w:eastAsia="MS Gothic" w:cs="MS Gothic"/>
                  <w:b/>
                  <w:sz w:val="17"/>
                </w:rPr>
                <w:alias w:val="Full employment history - Previous employment - Health/social care role: Yes"/>
                <w:tag w:val="Full employment history - Previous employment - Health/social care role: Yes"/>
                <w:id w:val="700110"/>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Full employment history - Previous employment - Health/social care role: No"/>
                <w:tag w:val="Full employment history - Previous employment - Health/social care role: No"/>
                <w:id w:val="700111"/>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6DD49E81" w14:textId="77777777" w:rsidR="003C1B6A" w:rsidRDefault="00B530F4">
            <w:pPr>
              <w:spacing w:after="0"/>
            </w:pPr>
            <w:sdt>
              <w:sdtPr>
                <w:rPr>
                  <w:color w:val="A0AAA4"/>
                  <w:sz w:val="16"/>
                </w:rPr>
                <w:alias w:val="Full employment history - Previous employment - Health/social care role"/>
                <w:tag w:val="Full employment history - Previous employment - Health/social care role"/>
                <w:id w:val="700112"/>
                <w:showingPlcHdr/>
                <w:text/>
              </w:sdtPr>
              <w:sdtContent>
                <w:r>
                  <w:rPr>
                    <w:color w:val="A0AAA4"/>
                    <w:sz w:val="16"/>
                  </w:rPr>
                  <w:t xml:space="preserve">_________________________________________________________</w:t>
                </w:r>
              </w:sdtContent>
            </w:sdt>
          </w:p>
        </w:tc>
      </w:tr>
    </w:tbl>
    <w:p w14:paraId="54CF3D4A" w14:textId="77777777" w:rsidR="003C1B6A" w:rsidRDefault="00B530F4">
      <w:pPr>
        <w:pStyle w:val="Heading2"/>
      </w:pPr>
      <w:r>
        <w:t>ADDITIONAL EMPLOYMENT (IF REQUIRED)</w:t>
      </w:r>
    </w:p>
    <w:tbl>
      <w:tblPr>
        <w:tblStyle w:val="TableGrid"/>
        <w:tblW w:w="0" w:type="auto"/>
        <w:jc w:val="center"/>
        <w:tblLook w:val="04A0" w:firstRow="1" w:lastRow="0" w:firstColumn="1" w:lastColumn="0" w:noHBand="0" w:noVBand="1"/>
      </w:tblPr>
      <w:tblGrid>
        <w:gridCol w:w="5179"/>
        <w:gridCol w:w="5179"/>
      </w:tblGrid>
      <w:tr w:rsidR="003C1B6A" w14:paraId="6C36A60B" w14:textId="77777777">
        <w:trPr>
          <w:jc w:val="center"/>
        </w:trPr>
        <w:tc>
          <w:tcPr>
            <w:tcW w:w="5184" w:type="dxa"/>
            <w:shd w:val="clear" w:color="auto" w:fill="EEF2EF"/>
            <w:tcMar>
              <w:top w:w="90" w:type="dxa"/>
              <w:left w:w="85" w:type="dxa"/>
              <w:bottom w:w="90" w:type="dxa"/>
              <w:right w:w="85" w:type="dxa"/>
            </w:tcMar>
          </w:tcPr>
          <w:p w14:paraId="2D6F26FC" w14:textId="77777777" w:rsidR="003C1B6A" w:rsidRDefault="00B530F4">
            <w:pPr>
              <w:spacing w:after="140"/>
            </w:pPr>
            <w:r>
              <w:rPr>
                <w:b/>
                <w:sz w:val="17"/>
              </w:rPr>
              <w:t>Employer name</w:t>
            </w:r>
          </w:p>
          <w:p w14:paraId="1C3768FE" w14:textId="77777777" w:rsidR="003C1B6A" w:rsidRDefault="00B530F4">
            <w:pPr>
              <w:spacing w:after="0"/>
            </w:pPr>
            <w:sdt>
              <w:sdtPr>
                <w:rPr>
                  <w:color w:val="A0AAA4"/>
                  <w:sz w:val="16"/>
                </w:rPr>
                <w:alias w:val="Full employment history - Additional employment (if required) - Employer name"/>
                <w:tag w:val="Full employment history - Additional employment (if required) - Employer name"/>
                <w:id w:val="700113"/>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14C38AC7" w14:textId="77777777" w:rsidR="003C1B6A" w:rsidRDefault="00B530F4">
            <w:pPr>
              <w:spacing w:after="140"/>
            </w:pPr>
            <w:r>
              <w:rPr>
                <w:b/>
                <w:sz w:val="17"/>
              </w:rPr>
              <w:t>Employer address</w:t>
            </w:r>
          </w:p>
          <w:p w14:paraId="2CAFB81B" w14:textId="77777777" w:rsidR="003C1B6A" w:rsidRDefault="00B530F4">
            <w:pPr>
              <w:spacing w:after="0"/>
            </w:pPr>
            <w:sdt>
              <w:sdtPr>
                <w:rPr>
                  <w:color w:val="A0AAA4"/>
                  <w:sz w:val="16"/>
                </w:rPr>
                <w:alias w:val="Full employment history - Additional employment (if required) - Employer address"/>
                <w:tag w:val="Full employment history - Additional employment (if required) - Employer address"/>
                <w:id w:val="700114"/>
                <w:showingPlcHdr/>
                <w:text/>
              </w:sdtPr>
              <w:sdtContent>
                <w:r>
                  <w:rPr>
                    <w:color w:val="A0AAA4"/>
                    <w:sz w:val="16"/>
                  </w:rPr>
                  <w:t xml:space="preserve">_________________________________________________________</w:t>
                </w:r>
              </w:sdtContent>
            </w:sdt>
          </w:p>
        </w:tc>
      </w:tr>
      <w:tr w:rsidR="003C1B6A" w14:paraId="399B6C5C" w14:textId="77777777">
        <w:trPr>
          <w:jc w:val="center"/>
        </w:trPr>
        <w:tc>
          <w:tcPr>
            <w:tcW w:w="5184" w:type="dxa"/>
            <w:shd w:val="clear" w:color="auto" w:fill="FFFFFF"/>
            <w:tcMar>
              <w:top w:w="90" w:type="dxa"/>
              <w:left w:w="85" w:type="dxa"/>
              <w:bottom w:w="90" w:type="dxa"/>
              <w:right w:w="85" w:type="dxa"/>
            </w:tcMar>
          </w:tcPr>
          <w:p w14:paraId="078CE3B8" w14:textId="77777777" w:rsidR="003C1B6A" w:rsidRDefault="00B530F4">
            <w:pPr>
              <w:spacing w:after="140"/>
            </w:pPr>
            <w:r>
              <w:rPr>
                <w:b/>
                <w:sz w:val="17"/>
              </w:rPr>
              <w:t>Job title</w:t>
            </w:r>
          </w:p>
          <w:p w14:paraId="4308B6BA" w14:textId="77777777" w:rsidR="003C1B6A" w:rsidRDefault="00B530F4">
            <w:pPr>
              <w:spacing w:after="0"/>
            </w:pPr>
            <w:sdt>
              <w:sdtPr>
                <w:rPr>
                  <w:color w:val="A0AAA4"/>
                  <w:sz w:val="16"/>
                </w:rPr>
                <w:alias w:val="Full employment history - Additional employment (if required) - Job title"/>
                <w:tag w:val="Full employment history - Additional employment (if required) - Job title"/>
                <w:id w:val="700115"/>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4056CFD8" w14:textId="77777777" w:rsidR="003C1B6A" w:rsidRDefault="00B530F4">
            <w:pPr>
              <w:spacing w:after="140"/>
            </w:pPr>
            <w:r>
              <w:rPr>
                <w:b/>
                <w:sz w:val="17"/>
              </w:rPr>
              <w:t>Start date</w:t>
            </w:r>
          </w:p>
          <w:p w14:paraId="5D7055E0" w14:textId="77777777" w:rsidR="003C1B6A" w:rsidRDefault="00B530F4">
            <w:pPr>
              <w:spacing w:after="0"/>
            </w:pPr>
            <w:sdt>
              <w:sdtPr>
                <w:rPr>
                  <w:color w:val="A0AAA4"/>
                  <w:sz w:val="16"/>
                </w:rPr>
                <w:alias w:val="Full employment history - Additional employment (if required) - Start date"/>
                <w:tag w:val="Full employment history - Additional employment (if required) - Start date"/>
                <w:id w:val="700116"/>
                <w:showingPlcHdr/>
                <w:text/>
              </w:sdtPr>
              <w:sdtContent>
                <w:r>
                  <w:rPr>
                    <w:color w:val="A0AAA4"/>
                    <w:sz w:val="16"/>
                  </w:rPr>
                  <w:t xml:space="preserve">_________________________________________________________</w:t>
                </w:r>
              </w:sdtContent>
            </w:sdt>
          </w:p>
        </w:tc>
      </w:tr>
      <w:tr w:rsidR="003C1B6A" w14:paraId="55DCE6A8" w14:textId="77777777">
        <w:trPr>
          <w:jc w:val="center"/>
        </w:trPr>
        <w:tc>
          <w:tcPr>
            <w:tcW w:w="5184" w:type="dxa"/>
            <w:shd w:val="clear" w:color="auto" w:fill="EEF2EF"/>
            <w:tcMar>
              <w:top w:w="90" w:type="dxa"/>
              <w:left w:w="85" w:type="dxa"/>
              <w:bottom w:w="90" w:type="dxa"/>
              <w:right w:w="85" w:type="dxa"/>
            </w:tcMar>
          </w:tcPr>
          <w:p w14:paraId="1A98D42D" w14:textId="77777777" w:rsidR="003C1B6A" w:rsidRDefault="00B530F4">
            <w:pPr>
              <w:spacing w:after="140"/>
            </w:pPr>
            <w:r>
              <w:rPr>
                <w:b/>
                <w:sz w:val="17"/>
              </w:rPr>
              <w:t>End date</w:t>
            </w:r>
          </w:p>
          <w:p w14:paraId="74107226" w14:textId="77777777" w:rsidR="003C1B6A" w:rsidRDefault="00B530F4">
            <w:pPr>
              <w:spacing w:after="0"/>
            </w:pPr>
            <w:sdt>
              <w:sdtPr>
                <w:rPr>
                  <w:color w:val="A0AAA4"/>
                  <w:sz w:val="16"/>
                </w:rPr>
                <w:alias w:val="Full employment history - Additional employment (if required) - End date"/>
                <w:tag w:val="Full employment history - Additional employment (if required) - End date"/>
                <w:id w:val="70011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35F817A9" w14:textId="77777777" w:rsidR="003C1B6A" w:rsidRDefault="00B530F4">
            <w:pPr>
              <w:spacing w:after="140"/>
            </w:pPr>
            <w:r>
              <w:rPr>
                <w:b/>
                <w:sz w:val="17"/>
              </w:rPr>
              <w:t>Reason for leaving</w:t>
            </w:r>
          </w:p>
          <w:p w14:paraId="09B091FA" w14:textId="77777777" w:rsidR="003C1B6A" w:rsidRDefault="00B530F4">
            <w:pPr>
              <w:spacing w:after="0"/>
            </w:pPr>
            <w:sdt>
              <w:sdtPr>
                <w:rPr>
                  <w:color w:val="A0AAA4"/>
                  <w:sz w:val="16"/>
                </w:rPr>
                <w:alias w:val="Full employment history - Additional employment (if required) - Reason for leaving"/>
                <w:tag w:val="Full employment history - Additional employment (if required) - Reason for leaving"/>
                <w:id w:val="700118"/>
                <w:showingPlcHdr/>
                <w:text/>
              </w:sdtPr>
              <w:sdtContent>
                <w:r>
                  <w:rPr>
                    <w:color w:val="A0AAA4"/>
                    <w:sz w:val="16"/>
                  </w:rPr>
                  <w:t xml:space="preserve">_________________________________________________________</w:t>
                </w:r>
              </w:sdtContent>
            </w:sdt>
          </w:p>
        </w:tc>
      </w:tr>
      <w:tr w:rsidR="003C1B6A" w14:paraId="2476AA30" w14:textId="77777777">
        <w:trPr>
          <w:jc w:val="center"/>
        </w:trPr>
        <w:tc>
          <w:tcPr>
            <w:tcW w:w="5184" w:type="dxa"/>
            <w:shd w:val="clear" w:color="auto" w:fill="FFFFFF"/>
            <w:tcMar>
              <w:top w:w="90" w:type="dxa"/>
              <w:left w:w="85" w:type="dxa"/>
              <w:bottom w:w="90" w:type="dxa"/>
              <w:right w:w="85" w:type="dxa"/>
            </w:tcMar>
          </w:tcPr>
          <w:p w14:paraId="168995C6" w14:textId="77777777" w:rsidR="003C1B6A" w:rsidRDefault="00B530F4">
            <w:pPr>
              <w:spacing w:after="140"/>
            </w:pPr>
            <w:r>
              <w:rPr>
                <w:b/>
                <w:sz w:val="17"/>
              </w:rPr>
              <w:t>Manager's name</w:t>
            </w:r>
          </w:p>
          <w:p w14:paraId="37437F22" w14:textId="77777777" w:rsidR="003C1B6A" w:rsidRDefault="00B530F4">
            <w:pPr>
              <w:spacing w:after="0"/>
            </w:pPr>
            <w:sdt>
              <w:sdtPr>
                <w:rPr>
                  <w:color w:val="A0AAA4"/>
                  <w:sz w:val="16"/>
                </w:rPr>
                <w:alias w:val="Full employment history - Additional employment (if required) - Manager's name"/>
                <w:tag w:val="Full employment history - Additional employment (if required) - Manager's name"/>
                <w:id w:val="700119"/>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337109A7" w14:textId="77777777" w:rsidR="003C1B6A" w:rsidRDefault="00B530F4">
            <w:pPr>
              <w:spacing w:after="140"/>
            </w:pPr>
            <w:r>
              <w:rPr>
                <w:b/>
                <w:sz w:val="17"/>
              </w:rPr>
              <w:t>Manager's work email</w:t>
            </w:r>
          </w:p>
          <w:p w14:paraId="128C1E64" w14:textId="77777777" w:rsidR="003C1B6A" w:rsidRDefault="00B530F4">
            <w:pPr>
              <w:spacing w:after="0"/>
            </w:pPr>
            <w:sdt>
              <w:sdtPr>
                <w:rPr>
                  <w:color w:val="A0AAA4"/>
                  <w:sz w:val="16"/>
                </w:rPr>
                <w:alias w:val="Full employment history - Additional employment (if required) - Manager's work email"/>
                <w:tag w:val="Full employment history - Additional employment (if required) - Manager's work email"/>
                <w:id w:val="700120"/>
                <w:showingPlcHdr/>
                <w:text/>
              </w:sdtPr>
              <w:sdtContent>
                <w:r>
                  <w:rPr>
                    <w:color w:val="A0AAA4"/>
                    <w:sz w:val="16"/>
                  </w:rPr>
                  <w:t xml:space="preserve">_________________________________________________________</w:t>
                </w:r>
              </w:sdtContent>
            </w:sdt>
          </w:p>
        </w:tc>
      </w:tr>
      <w:tr w:rsidR="003C1B6A" w14:paraId="301C4D08" w14:textId="77777777">
        <w:trPr>
          <w:jc w:val="center"/>
        </w:trPr>
        <w:tc>
          <w:tcPr>
            <w:tcW w:w="5184" w:type="dxa"/>
            <w:shd w:val="clear" w:color="auto" w:fill="EEF2EF"/>
            <w:tcMar>
              <w:top w:w="90" w:type="dxa"/>
              <w:left w:w="85" w:type="dxa"/>
              <w:bottom w:w="90" w:type="dxa"/>
              <w:right w:w="85" w:type="dxa"/>
            </w:tcMar>
          </w:tcPr>
          <w:p w14:paraId="776BAE54" w14:textId="77777777" w:rsidR="003C1B6A" w:rsidRDefault="00B530F4">
            <w:pPr>
              <w:spacing w:after="140"/>
            </w:pPr>
            <w:r>
              <w:rPr>
                <w:b/>
                <w:sz w:val="17"/>
              </w:rPr>
              <w:t>Manager's contact number</w:t>
            </w:r>
          </w:p>
          <w:p w14:paraId="790BC3E0" w14:textId="77777777" w:rsidR="003C1B6A" w:rsidRDefault="00B530F4">
            <w:pPr>
              <w:spacing w:after="0"/>
            </w:pPr>
            <w:sdt>
              <w:sdtPr>
                <w:rPr>
                  <w:color w:val="A0AAA4"/>
                  <w:sz w:val="16"/>
                </w:rPr>
                <w:alias w:val="Full employment history - Additional employment (if required) - Manager's contact number"/>
                <w:tag w:val="Full employment history - Additional employment (if required) - Manager's contact number"/>
                <w:id w:val="700121"/>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53664FDA" w14:textId="77777777" w:rsidR="003C1B6A" w:rsidRDefault="00B530F4">
            <w:pPr>
              <w:spacing w:after="140"/>
            </w:pPr>
            <w:r>
              <w:rPr>
                <w:b/>
                <w:sz w:val="17"/>
              </w:rPr>
              <w:t xml:space="preserve">Health/social care role: </w:t>
            </w:r>
            <w:sdt>
              <w:sdtPr>
                <w:rPr>
                  <w:rFonts w:ascii="MS Gothic" w:hAnsi="MS Gothic" w:eastAsia="MS Gothic" w:cs="MS Gothic"/>
                  <w:b/>
                  <w:sz w:val="17"/>
                </w:rPr>
                <w:alias w:val="Full employment history - Additional employment (if required) - Health/social care role: Yes"/>
                <w:tag w:val="Full employment history - Additional employment (if required) - Health/social care role: Yes"/>
                <w:id w:val="700122"/>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Full employment history - Additional employment (if required) - Health/social care role: No"/>
                <w:tag w:val="Full employment history - Additional employment (if required) - Health/social care role: No"/>
                <w:id w:val="700123"/>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17123231" w14:textId="77777777" w:rsidR="003C1B6A" w:rsidRDefault="00B530F4">
            <w:pPr>
              <w:spacing w:after="0"/>
            </w:pPr>
            <w:sdt>
              <w:sdtPr>
                <w:rPr>
                  <w:color w:val="A0AAA4"/>
                  <w:sz w:val="16"/>
                </w:rPr>
                <w:alias w:val="Full employment history - Additional employment (if required) - Health/social care role"/>
                <w:tag w:val="Full employment history - Additional employment (if required) - Health/social care role"/>
                <w:id w:val="700124"/>
                <w:showingPlcHdr/>
                <w:text/>
              </w:sdtPr>
              <w:sdtContent>
                <w:r>
                  <w:rPr>
                    <w:color w:val="A0AAA4"/>
                    <w:sz w:val="16"/>
                  </w:rPr>
                  <w:t xml:space="preserve">_________________________________________________________</w:t>
                </w:r>
              </w:sdtContent>
            </w:sdt>
          </w:p>
        </w:tc>
      </w:tr>
    </w:tbl>
    <w:p w14:paraId="48C3ED78" w14:textId="77777777" w:rsidR="003C1B6A" w:rsidRDefault="00B530F4">
      <w:pPr>
        <w:pStyle w:val="Heading2"/>
      </w:pPr>
      <w:r>
        <w:t>PREVIOUS EMPLOYMENT 4</w:t>
      </w:r>
    </w:p>
    <w:tbl>
      <w:tblPr>
        <w:tblStyle w:val="TableGrid"/>
        <w:tblW w:w="0" w:type="auto"/>
        <w:jc w:val="center"/>
        <w:tblLook w:val="04A0" w:firstRow="1" w:lastRow="0" w:firstColumn="1" w:lastColumn="0" w:noHBand="0" w:noVBand="1"/>
      </w:tblPr>
      <w:tblGrid>
        <w:gridCol w:w="5179"/>
        <w:gridCol w:w="5179"/>
      </w:tblGrid>
      <w:tr w:rsidR="003C1B6A" w14:paraId="7472DD24" w14:textId="77777777">
        <w:trPr>
          <w:jc w:val="center"/>
        </w:trPr>
        <w:tc>
          <w:tcPr>
            <w:tcW w:w="5184" w:type="dxa"/>
            <w:shd w:val="clear" w:color="auto" w:fill="EEF2EF"/>
            <w:tcMar>
              <w:top w:w="90" w:type="dxa"/>
              <w:left w:w="85" w:type="dxa"/>
              <w:bottom w:w="90" w:type="dxa"/>
              <w:right w:w="85" w:type="dxa"/>
            </w:tcMar>
          </w:tcPr>
          <w:p w14:paraId="1F79EBF6" w14:textId="77777777" w:rsidR="003C1B6A" w:rsidRDefault="00B530F4">
            <w:pPr>
              <w:spacing w:after="140"/>
            </w:pPr>
            <w:r>
              <w:rPr>
                <w:b/>
                <w:sz w:val="17"/>
              </w:rPr>
              <w:t>Employer name</w:t>
            </w:r>
          </w:p>
          <w:p w14:paraId="235E0E44" w14:textId="77777777" w:rsidR="003C1B6A" w:rsidRDefault="00B530F4">
            <w:pPr>
              <w:spacing w:after="0"/>
            </w:pPr>
            <w:sdt>
              <w:sdtPr>
                <w:rPr>
                  <w:color w:val="A0AAA4"/>
                  <w:sz w:val="16"/>
                </w:rPr>
                <w:alias w:val="Full employment history - Previous employment 4 - Employer name"/>
                <w:tag w:val="Full employment history - Previous employment 4 - Employer name"/>
                <w:id w:val="700125"/>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6A560EA2" w14:textId="77777777" w:rsidR="003C1B6A" w:rsidRDefault="00B530F4">
            <w:pPr>
              <w:spacing w:after="140"/>
            </w:pPr>
            <w:r>
              <w:rPr>
                <w:b/>
                <w:sz w:val="17"/>
              </w:rPr>
              <w:t>Employer address</w:t>
            </w:r>
          </w:p>
          <w:p w14:paraId="027C4515" w14:textId="77777777" w:rsidR="003C1B6A" w:rsidRDefault="00B530F4">
            <w:pPr>
              <w:spacing w:after="0"/>
            </w:pPr>
            <w:sdt>
              <w:sdtPr>
                <w:rPr>
                  <w:color w:val="A0AAA4"/>
                  <w:sz w:val="16"/>
                </w:rPr>
                <w:alias w:val="Full employment history - Previous employment 4 - Employer address"/>
                <w:tag w:val="Full employment history - Previous employment 4 - Employer address"/>
                <w:id w:val="700126"/>
                <w:showingPlcHdr/>
                <w:text/>
              </w:sdtPr>
              <w:sdtContent>
                <w:r>
                  <w:rPr>
                    <w:color w:val="A0AAA4"/>
                    <w:sz w:val="16"/>
                  </w:rPr>
                  <w:t xml:space="preserve">_________________________________________________________</w:t>
                </w:r>
              </w:sdtContent>
            </w:sdt>
          </w:p>
        </w:tc>
      </w:tr>
      <w:tr w:rsidR="003C1B6A" w14:paraId="7EB3E553" w14:textId="77777777">
        <w:trPr>
          <w:jc w:val="center"/>
        </w:trPr>
        <w:tc>
          <w:tcPr>
            <w:tcW w:w="5184" w:type="dxa"/>
            <w:shd w:val="clear" w:color="auto" w:fill="FFFFFF"/>
            <w:tcMar>
              <w:top w:w="90" w:type="dxa"/>
              <w:left w:w="85" w:type="dxa"/>
              <w:bottom w:w="90" w:type="dxa"/>
              <w:right w:w="85" w:type="dxa"/>
            </w:tcMar>
          </w:tcPr>
          <w:p w14:paraId="759A95DA" w14:textId="77777777" w:rsidR="003C1B6A" w:rsidRDefault="00B530F4">
            <w:pPr>
              <w:spacing w:after="140"/>
            </w:pPr>
            <w:r>
              <w:rPr>
                <w:b/>
                <w:sz w:val="17"/>
              </w:rPr>
              <w:t>Job title</w:t>
            </w:r>
          </w:p>
          <w:p w14:paraId="4673D2FE" w14:textId="77777777" w:rsidR="003C1B6A" w:rsidRDefault="00B530F4">
            <w:pPr>
              <w:spacing w:after="0"/>
            </w:pPr>
            <w:sdt>
              <w:sdtPr>
                <w:rPr>
                  <w:color w:val="A0AAA4"/>
                  <w:sz w:val="16"/>
                </w:rPr>
                <w:alias w:val="Full employment history - Previous employment 4 - Job title"/>
                <w:tag w:val="Full employment history - Previous employment 4 - Job title"/>
                <w:id w:val="700127"/>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64722B6B" w14:textId="77777777" w:rsidR="003C1B6A" w:rsidRDefault="00B530F4">
            <w:pPr>
              <w:spacing w:after="140"/>
            </w:pPr>
            <w:r>
              <w:rPr>
                <w:b/>
                <w:sz w:val="17"/>
              </w:rPr>
              <w:t>Start date</w:t>
            </w:r>
          </w:p>
          <w:p w14:paraId="0AF89D36" w14:textId="77777777" w:rsidR="003C1B6A" w:rsidRDefault="00B530F4">
            <w:pPr>
              <w:spacing w:after="0"/>
            </w:pPr>
            <w:sdt>
              <w:sdtPr>
                <w:rPr>
                  <w:color w:val="A0AAA4"/>
                  <w:sz w:val="16"/>
                </w:rPr>
                <w:alias w:val="Full employment history - Previous employment 4 - Start date"/>
                <w:tag w:val="Full employment history - Previous employment 4 - Start date"/>
                <w:id w:val="700128"/>
                <w:showingPlcHdr/>
                <w:text/>
              </w:sdtPr>
              <w:sdtContent>
                <w:r>
                  <w:rPr>
                    <w:color w:val="A0AAA4"/>
                    <w:sz w:val="16"/>
                  </w:rPr>
                  <w:t xml:space="preserve">_________________________________________________________</w:t>
                </w:r>
              </w:sdtContent>
            </w:sdt>
          </w:p>
        </w:tc>
      </w:tr>
      <w:tr w:rsidR="003C1B6A" w14:paraId="05C90BB5" w14:textId="77777777">
        <w:trPr>
          <w:jc w:val="center"/>
        </w:trPr>
        <w:tc>
          <w:tcPr>
            <w:tcW w:w="5184" w:type="dxa"/>
            <w:shd w:val="clear" w:color="auto" w:fill="EEF2EF"/>
            <w:tcMar>
              <w:top w:w="90" w:type="dxa"/>
              <w:left w:w="85" w:type="dxa"/>
              <w:bottom w:w="90" w:type="dxa"/>
              <w:right w:w="85" w:type="dxa"/>
            </w:tcMar>
          </w:tcPr>
          <w:p w14:paraId="567190A5" w14:textId="77777777" w:rsidR="003C1B6A" w:rsidRDefault="00B530F4">
            <w:pPr>
              <w:spacing w:after="140"/>
            </w:pPr>
            <w:r>
              <w:rPr>
                <w:b/>
                <w:sz w:val="17"/>
              </w:rPr>
              <w:t>End date</w:t>
            </w:r>
          </w:p>
          <w:p w14:paraId="5DC6EE92" w14:textId="77777777" w:rsidR="003C1B6A" w:rsidRDefault="00B530F4">
            <w:pPr>
              <w:spacing w:after="0"/>
            </w:pPr>
            <w:sdt>
              <w:sdtPr>
                <w:rPr>
                  <w:color w:val="A0AAA4"/>
                  <w:sz w:val="16"/>
                </w:rPr>
                <w:alias w:val="Full employment history - Previous employment 4 - End date"/>
                <w:tag w:val="Full employment history - Previous employment 4 - End date"/>
                <w:id w:val="700129"/>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33BB2EB5" w14:textId="77777777" w:rsidR="003C1B6A" w:rsidRDefault="00B530F4">
            <w:pPr>
              <w:spacing w:after="140"/>
            </w:pPr>
            <w:r>
              <w:rPr>
                <w:b/>
                <w:sz w:val="17"/>
              </w:rPr>
              <w:t>Reason for leaving</w:t>
            </w:r>
          </w:p>
          <w:p w14:paraId="2EFB9D29" w14:textId="77777777" w:rsidR="003C1B6A" w:rsidRDefault="00B530F4">
            <w:pPr>
              <w:spacing w:after="0"/>
            </w:pPr>
            <w:sdt>
              <w:sdtPr>
                <w:rPr>
                  <w:color w:val="A0AAA4"/>
                  <w:sz w:val="16"/>
                </w:rPr>
                <w:alias w:val="Full employment history - Previous employment 4 - Reason for leaving"/>
                <w:tag w:val="Full employment history - Previous employment 4 - Reason for leaving"/>
                <w:id w:val="700130"/>
                <w:showingPlcHdr/>
                <w:text/>
              </w:sdtPr>
              <w:sdtContent>
                <w:r>
                  <w:rPr>
                    <w:color w:val="A0AAA4"/>
                    <w:sz w:val="16"/>
                  </w:rPr>
                  <w:t xml:space="preserve">_________________________________________________________</w:t>
                </w:r>
              </w:sdtContent>
            </w:sdt>
          </w:p>
        </w:tc>
      </w:tr>
      <w:tr w:rsidR="003C1B6A" w14:paraId="551A0818" w14:textId="77777777">
        <w:trPr>
          <w:jc w:val="center"/>
        </w:trPr>
        <w:tc>
          <w:tcPr>
            <w:tcW w:w="5184" w:type="dxa"/>
            <w:shd w:val="clear" w:color="auto" w:fill="FFFFFF"/>
            <w:tcMar>
              <w:top w:w="90" w:type="dxa"/>
              <w:left w:w="85" w:type="dxa"/>
              <w:bottom w:w="90" w:type="dxa"/>
              <w:right w:w="85" w:type="dxa"/>
            </w:tcMar>
          </w:tcPr>
          <w:p w14:paraId="0CD2E21E" w14:textId="77777777" w:rsidR="003C1B6A" w:rsidRDefault="00B530F4">
            <w:pPr>
              <w:spacing w:after="140"/>
            </w:pPr>
            <w:r>
              <w:rPr>
                <w:b/>
                <w:sz w:val="17"/>
              </w:rPr>
              <w:lastRenderedPageBreak/>
              <w:t>Manager's name</w:t>
            </w:r>
          </w:p>
          <w:p w14:paraId="113957B1" w14:textId="77777777" w:rsidR="003C1B6A" w:rsidRDefault="00B530F4">
            <w:pPr>
              <w:spacing w:after="0"/>
            </w:pPr>
            <w:sdt>
              <w:sdtPr>
                <w:rPr>
                  <w:color w:val="A0AAA4"/>
                  <w:sz w:val="16"/>
                </w:rPr>
                <w:alias w:val="Full employment history - Previous employment 4 - Manager's name"/>
                <w:tag w:val="Full employment history - Previous employment 4 - Manager's name"/>
                <w:id w:val="700131"/>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5FE5DD04" w14:textId="77777777" w:rsidR="003C1B6A" w:rsidRDefault="00B530F4">
            <w:pPr>
              <w:spacing w:after="140"/>
            </w:pPr>
            <w:r>
              <w:rPr>
                <w:b/>
                <w:sz w:val="17"/>
              </w:rPr>
              <w:t>Manager's work email</w:t>
            </w:r>
          </w:p>
          <w:p w14:paraId="105CD9BE" w14:textId="77777777" w:rsidR="003C1B6A" w:rsidRDefault="00B530F4">
            <w:pPr>
              <w:spacing w:after="0"/>
            </w:pPr>
            <w:sdt>
              <w:sdtPr>
                <w:rPr>
                  <w:color w:val="A0AAA4"/>
                  <w:sz w:val="16"/>
                </w:rPr>
                <w:alias w:val="Full employment history - Previous employment 4 - Manager's work email"/>
                <w:tag w:val="Full employment history - Previous employment 4 - Manager's work email"/>
                <w:id w:val="700132"/>
                <w:showingPlcHdr/>
                <w:text/>
              </w:sdtPr>
              <w:sdtContent>
                <w:r>
                  <w:rPr>
                    <w:color w:val="A0AAA4"/>
                    <w:sz w:val="16"/>
                  </w:rPr>
                  <w:t xml:space="preserve">_________________________________________________________</w:t>
                </w:r>
              </w:sdtContent>
            </w:sdt>
          </w:p>
        </w:tc>
      </w:tr>
      <w:tr w:rsidR="003C1B6A" w14:paraId="27B05846" w14:textId="77777777">
        <w:trPr>
          <w:jc w:val="center"/>
        </w:trPr>
        <w:tc>
          <w:tcPr>
            <w:tcW w:w="5184" w:type="dxa"/>
            <w:shd w:val="clear" w:color="auto" w:fill="EEF2EF"/>
            <w:tcMar>
              <w:top w:w="90" w:type="dxa"/>
              <w:left w:w="85" w:type="dxa"/>
              <w:bottom w:w="90" w:type="dxa"/>
              <w:right w:w="85" w:type="dxa"/>
            </w:tcMar>
          </w:tcPr>
          <w:p w14:paraId="62B551CA" w14:textId="77777777" w:rsidR="003C1B6A" w:rsidRDefault="00B530F4">
            <w:pPr>
              <w:spacing w:after="140"/>
            </w:pPr>
            <w:r>
              <w:rPr>
                <w:b/>
                <w:sz w:val="17"/>
              </w:rPr>
              <w:t>Manager's contact number</w:t>
            </w:r>
          </w:p>
          <w:p w14:paraId="610FA0C0" w14:textId="77777777" w:rsidR="003C1B6A" w:rsidRDefault="00B530F4">
            <w:pPr>
              <w:spacing w:after="0"/>
            </w:pPr>
            <w:sdt>
              <w:sdtPr>
                <w:rPr>
                  <w:color w:val="A0AAA4"/>
                  <w:sz w:val="16"/>
                </w:rPr>
                <w:alias w:val="Full employment history - Previous employment 4 - Manager's contact number"/>
                <w:tag w:val="Full employment history - Previous employment 4 - Manager's contact number"/>
                <w:id w:val="700133"/>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2F96D4F2" w14:textId="77777777" w:rsidR="003C1B6A" w:rsidRDefault="00B530F4">
            <w:pPr>
              <w:spacing w:after="140"/>
            </w:pPr>
            <w:r>
              <w:rPr>
                <w:b/>
                <w:sz w:val="17"/>
              </w:rPr>
              <w:t xml:space="preserve">Health/social care role: </w:t>
            </w:r>
            <w:sdt>
              <w:sdtPr>
                <w:rPr>
                  <w:rFonts w:ascii="MS Gothic" w:hAnsi="MS Gothic" w:eastAsia="MS Gothic" w:cs="MS Gothic"/>
                  <w:b/>
                  <w:sz w:val="17"/>
                </w:rPr>
                <w:alias w:val="Full employment history - Previous employment 4 - Health/social care role: Yes"/>
                <w:tag w:val="Full employment history - Previous employment 4 - Health/social care role: Yes"/>
                <w:id w:val="700134"/>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Full employment history - Previous employment 4 - Health/social care role: No"/>
                <w:tag w:val="Full employment history - Previous employment 4 - Health/social care role: No"/>
                <w:id w:val="700135"/>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487410AB" w14:textId="77777777" w:rsidR="003C1B6A" w:rsidRDefault="00B530F4">
            <w:pPr>
              <w:spacing w:after="0"/>
            </w:pPr>
            <w:sdt>
              <w:sdtPr>
                <w:rPr>
                  <w:color w:val="A0AAA4"/>
                  <w:sz w:val="16"/>
                </w:rPr>
                <w:alias w:val="Full employment history - Previous employment 4 - Health/social care role"/>
                <w:tag w:val="Full employment history - Previous employment 4 - Health/social care role"/>
                <w:id w:val="700136"/>
                <w:showingPlcHdr/>
                <w:text/>
              </w:sdtPr>
              <w:sdtContent>
                <w:r>
                  <w:rPr>
                    <w:color w:val="A0AAA4"/>
                    <w:sz w:val="16"/>
                  </w:rPr>
                  <w:t xml:space="preserve">_________________________________________________________</w:t>
                </w:r>
              </w:sdtContent>
            </w:sdt>
          </w:p>
        </w:tc>
      </w:tr>
    </w:tbl>
    <w:p w14:paraId="33373B57" w14:textId="77777777" w:rsidR="003C1B6A" w:rsidRDefault="00B530F4">
      <w:pPr>
        <w:pStyle w:val="Heading2"/>
      </w:pPr>
      <w:r>
        <w:t>PREVIOUS EMPLOYMENT 5</w:t>
      </w:r>
    </w:p>
    <w:tbl>
      <w:tblPr>
        <w:tblStyle w:val="TableGrid"/>
        <w:tblW w:w="0" w:type="auto"/>
        <w:jc w:val="center"/>
        <w:tblLook w:val="04A0" w:firstRow="1" w:lastRow="0" w:firstColumn="1" w:lastColumn="0" w:noHBand="0" w:noVBand="1"/>
      </w:tblPr>
      <w:tblGrid>
        <w:gridCol w:w="5179"/>
        <w:gridCol w:w="5179"/>
      </w:tblGrid>
      <w:tr w:rsidR="003C1B6A" w14:paraId="116B7EC6" w14:textId="77777777">
        <w:trPr>
          <w:jc w:val="center"/>
        </w:trPr>
        <w:tc>
          <w:tcPr>
            <w:tcW w:w="5184" w:type="dxa"/>
            <w:shd w:val="clear" w:color="auto" w:fill="EEF2EF"/>
            <w:tcMar>
              <w:top w:w="90" w:type="dxa"/>
              <w:left w:w="85" w:type="dxa"/>
              <w:bottom w:w="90" w:type="dxa"/>
              <w:right w:w="85" w:type="dxa"/>
            </w:tcMar>
          </w:tcPr>
          <w:p w14:paraId="68EC3E23" w14:textId="77777777" w:rsidR="003C1B6A" w:rsidRDefault="00B530F4">
            <w:pPr>
              <w:spacing w:after="140"/>
            </w:pPr>
            <w:r>
              <w:rPr>
                <w:b/>
                <w:sz w:val="17"/>
              </w:rPr>
              <w:t>Employer name</w:t>
            </w:r>
          </w:p>
          <w:p w14:paraId="4A18B422" w14:textId="77777777" w:rsidR="003C1B6A" w:rsidRDefault="00B530F4">
            <w:pPr>
              <w:spacing w:after="0"/>
            </w:pPr>
            <w:sdt>
              <w:sdtPr>
                <w:rPr>
                  <w:color w:val="A0AAA4"/>
                  <w:sz w:val="16"/>
                </w:rPr>
                <w:alias w:val="Full employment history - Previous employment 5 - Employer name"/>
                <w:tag w:val="Full employment history - Previous employment 5 - Employer name"/>
                <w:id w:val="70013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30C35A03" w14:textId="77777777" w:rsidR="003C1B6A" w:rsidRDefault="00B530F4">
            <w:pPr>
              <w:spacing w:after="140"/>
            </w:pPr>
            <w:r>
              <w:rPr>
                <w:b/>
                <w:sz w:val="17"/>
              </w:rPr>
              <w:t>Employer address</w:t>
            </w:r>
          </w:p>
          <w:p w14:paraId="516100E0" w14:textId="77777777" w:rsidR="003C1B6A" w:rsidRDefault="00B530F4">
            <w:pPr>
              <w:spacing w:after="0"/>
            </w:pPr>
            <w:sdt>
              <w:sdtPr>
                <w:rPr>
                  <w:color w:val="A0AAA4"/>
                  <w:sz w:val="16"/>
                </w:rPr>
                <w:alias w:val="Full employment history - Previous employment 5 - Employer address"/>
                <w:tag w:val="Full employment history - Previous employment 5 - Employer address"/>
                <w:id w:val="700138"/>
                <w:showingPlcHdr/>
                <w:text/>
              </w:sdtPr>
              <w:sdtContent>
                <w:r>
                  <w:rPr>
                    <w:color w:val="A0AAA4"/>
                    <w:sz w:val="16"/>
                  </w:rPr>
                  <w:t xml:space="preserve">_________________________________________________________</w:t>
                </w:r>
              </w:sdtContent>
            </w:sdt>
          </w:p>
        </w:tc>
      </w:tr>
      <w:tr w:rsidR="003C1B6A" w14:paraId="072ED182" w14:textId="77777777">
        <w:trPr>
          <w:jc w:val="center"/>
        </w:trPr>
        <w:tc>
          <w:tcPr>
            <w:tcW w:w="5184" w:type="dxa"/>
            <w:shd w:val="clear" w:color="auto" w:fill="FFFFFF"/>
            <w:tcMar>
              <w:top w:w="90" w:type="dxa"/>
              <w:left w:w="85" w:type="dxa"/>
              <w:bottom w:w="90" w:type="dxa"/>
              <w:right w:w="85" w:type="dxa"/>
            </w:tcMar>
          </w:tcPr>
          <w:p w14:paraId="63EB2CE5" w14:textId="77777777" w:rsidR="003C1B6A" w:rsidRDefault="00B530F4">
            <w:pPr>
              <w:spacing w:after="140"/>
            </w:pPr>
            <w:r>
              <w:rPr>
                <w:b/>
                <w:sz w:val="17"/>
              </w:rPr>
              <w:t>Job title</w:t>
            </w:r>
          </w:p>
          <w:p w14:paraId="50264B85" w14:textId="77777777" w:rsidR="003C1B6A" w:rsidRDefault="00B530F4">
            <w:pPr>
              <w:spacing w:after="0"/>
            </w:pPr>
            <w:sdt>
              <w:sdtPr>
                <w:rPr>
                  <w:color w:val="A0AAA4"/>
                  <w:sz w:val="16"/>
                </w:rPr>
                <w:alias w:val="Full employment history - Previous employment 5 - Job title"/>
                <w:tag w:val="Full employment history - Previous employment 5 - Job title"/>
                <w:id w:val="700139"/>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682C1098" w14:textId="77777777" w:rsidR="003C1B6A" w:rsidRDefault="00B530F4">
            <w:pPr>
              <w:spacing w:after="140"/>
            </w:pPr>
            <w:r>
              <w:rPr>
                <w:b/>
                <w:sz w:val="17"/>
              </w:rPr>
              <w:t>Start date</w:t>
            </w:r>
          </w:p>
          <w:p w14:paraId="7D858AE8" w14:textId="77777777" w:rsidR="003C1B6A" w:rsidRDefault="00B530F4">
            <w:pPr>
              <w:spacing w:after="0"/>
            </w:pPr>
            <w:sdt>
              <w:sdtPr>
                <w:rPr>
                  <w:color w:val="A0AAA4"/>
                  <w:sz w:val="16"/>
                </w:rPr>
                <w:alias w:val="Full employment history - Previous employment 5 - Start date"/>
                <w:tag w:val="Full employment history - Previous employment 5 - Start date"/>
                <w:id w:val="700140"/>
                <w:showingPlcHdr/>
                <w:text/>
              </w:sdtPr>
              <w:sdtContent>
                <w:r>
                  <w:rPr>
                    <w:color w:val="A0AAA4"/>
                    <w:sz w:val="16"/>
                  </w:rPr>
                  <w:t xml:space="preserve">_________________________________________________________</w:t>
                </w:r>
              </w:sdtContent>
            </w:sdt>
          </w:p>
        </w:tc>
      </w:tr>
      <w:tr w:rsidR="003C1B6A" w14:paraId="701A0F5D" w14:textId="77777777">
        <w:trPr>
          <w:jc w:val="center"/>
        </w:trPr>
        <w:tc>
          <w:tcPr>
            <w:tcW w:w="5184" w:type="dxa"/>
            <w:shd w:val="clear" w:color="auto" w:fill="EEF2EF"/>
            <w:tcMar>
              <w:top w:w="90" w:type="dxa"/>
              <w:left w:w="85" w:type="dxa"/>
              <w:bottom w:w="90" w:type="dxa"/>
              <w:right w:w="85" w:type="dxa"/>
            </w:tcMar>
          </w:tcPr>
          <w:p w14:paraId="2A281902" w14:textId="77777777" w:rsidR="003C1B6A" w:rsidRDefault="00B530F4">
            <w:pPr>
              <w:spacing w:after="140"/>
            </w:pPr>
            <w:r>
              <w:rPr>
                <w:b/>
                <w:sz w:val="17"/>
              </w:rPr>
              <w:t>End date</w:t>
            </w:r>
          </w:p>
          <w:p w14:paraId="5F541EB7" w14:textId="77777777" w:rsidR="003C1B6A" w:rsidRDefault="00B530F4">
            <w:pPr>
              <w:spacing w:after="0"/>
            </w:pPr>
            <w:sdt>
              <w:sdtPr>
                <w:rPr>
                  <w:color w:val="A0AAA4"/>
                  <w:sz w:val="16"/>
                </w:rPr>
                <w:alias w:val="Full employment history - Previous employment 5 - End date"/>
                <w:tag w:val="Full employment history - Previous employment 5 - End date"/>
                <w:id w:val="700141"/>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392B4D24" w14:textId="77777777" w:rsidR="003C1B6A" w:rsidRDefault="00B530F4">
            <w:pPr>
              <w:spacing w:after="140"/>
            </w:pPr>
            <w:r>
              <w:rPr>
                <w:b/>
                <w:sz w:val="17"/>
              </w:rPr>
              <w:t>Reason for leaving</w:t>
            </w:r>
          </w:p>
          <w:p w14:paraId="4D3B1ED1" w14:textId="77777777" w:rsidR="003C1B6A" w:rsidRDefault="00B530F4">
            <w:pPr>
              <w:spacing w:after="0"/>
            </w:pPr>
            <w:sdt>
              <w:sdtPr>
                <w:rPr>
                  <w:color w:val="A0AAA4"/>
                  <w:sz w:val="16"/>
                </w:rPr>
                <w:alias w:val="Full employment history - Previous employment 5 - Reason for leaving"/>
                <w:tag w:val="Full employment history - Previous employment 5 - Reason for leaving"/>
                <w:id w:val="700142"/>
                <w:showingPlcHdr/>
                <w:text/>
              </w:sdtPr>
              <w:sdtContent>
                <w:r>
                  <w:rPr>
                    <w:color w:val="A0AAA4"/>
                    <w:sz w:val="16"/>
                  </w:rPr>
                  <w:t xml:space="preserve">_________________________________________________________</w:t>
                </w:r>
              </w:sdtContent>
            </w:sdt>
          </w:p>
        </w:tc>
      </w:tr>
      <w:tr w:rsidR="003C1B6A" w14:paraId="1B929ADC" w14:textId="77777777">
        <w:trPr>
          <w:jc w:val="center"/>
        </w:trPr>
        <w:tc>
          <w:tcPr>
            <w:tcW w:w="5184" w:type="dxa"/>
            <w:shd w:val="clear" w:color="auto" w:fill="FFFFFF"/>
            <w:tcMar>
              <w:top w:w="90" w:type="dxa"/>
              <w:left w:w="85" w:type="dxa"/>
              <w:bottom w:w="90" w:type="dxa"/>
              <w:right w:w="85" w:type="dxa"/>
            </w:tcMar>
          </w:tcPr>
          <w:p w14:paraId="32CC6204" w14:textId="77777777" w:rsidR="003C1B6A" w:rsidRDefault="00B530F4">
            <w:pPr>
              <w:spacing w:after="140"/>
            </w:pPr>
            <w:r>
              <w:rPr>
                <w:b/>
                <w:sz w:val="17"/>
              </w:rPr>
              <w:t>Manager's name</w:t>
            </w:r>
          </w:p>
          <w:p w14:paraId="65D8F769" w14:textId="77777777" w:rsidR="003C1B6A" w:rsidRDefault="00B530F4">
            <w:pPr>
              <w:spacing w:after="0"/>
            </w:pPr>
            <w:sdt>
              <w:sdtPr>
                <w:rPr>
                  <w:color w:val="A0AAA4"/>
                  <w:sz w:val="16"/>
                </w:rPr>
                <w:alias w:val="Full employment history - Previous employment 5 - Manager's name"/>
                <w:tag w:val="Full employment history - Previous employment 5 - Manager's name"/>
                <w:id w:val="700143"/>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4F986DAE" w14:textId="77777777" w:rsidR="003C1B6A" w:rsidRDefault="00B530F4">
            <w:pPr>
              <w:spacing w:after="140"/>
            </w:pPr>
            <w:r>
              <w:rPr>
                <w:b/>
                <w:sz w:val="17"/>
              </w:rPr>
              <w:t>Manager's work email</w:t>
            </w:r>
          </w:p>
          <w:p w14:paraId="25B493B0" w14:textId="77777777" w:rsidR="003C1B6A" w:rsidRDefault="00B530F4">
            <w:pPr>
              <w:spacing w:after="0"/>
            </w:pPr>
            <w:sdt>
              <w:sdtPr>
                <w:rPr>
                  <w:color w:val="A0AAA4"/>
                  <w:sz w:val="16"/>
                </w:rPr>
                <w:alias w:val="Full employment history - Previous employment 5 - Manager's work email"/>
                <w:tag w:val="Full employment history - Previous employment 5 - Manager's work email"/>
                <w:id w:val="700144"/>
                <w:showingPlcHdr/>
                <w:text/>
              </w:sdtPr>
              <w:sdtContent>
                <w:r>
                  <w:rPr>
                    <w:color w:val="A0AAA4"/>
                    <w:sz w:val="16"/>
                  </w:rPr>
                  <w:t xml:space="preserve">_________________________________________________________</w:t>
                </w:r>
              </w:sdtContent>
            </w:sdt>
          </w:p>
        </w:tc>
      </w:tr>
      <w:tr w:rsidR="003C1B6A" w14:paraId="08E04BA1" w14:textId="77777777">
        <w:trPr>
          <w:jc w:val="center"/>
        </w:trPr>
        <w:tc>
          <w:tcPr>
            <w:tcW w:w="5184" w:type="dxa"/>
            <w:shd w:val="clear" w:color="auto" w:fill="EEF2EF"/>
            <w:tcMar>
              <w:top w:w="90" w:type="dxa"/>
              <w:left w:w="85" w:type="dxa"/>
              <w:bottom w:w="90" w:type="dxa"/>
              <w:right w:w="85" w:type="dxa"/>
            </w:tcMar>
          </w:tcPr>
          <w:p w14:paraId="624BAE2E" w14:textId="77777777" w:rsidR="003C1B6A" w:rsidRDefault="00B530F4">
            <w:pPr>
              <w:spacing w:after="140"/>
            </w:pPr>
            <w:r>
              <w:rPr>
                <w:b/>
                <w:sz w:val="17"/>
              </w:rPr>
              <w:t>Manager's contact number</w:t>
            </w:r>
          </w:p>
          <w:p w14:paraId="0C6606C3" w14:textId="77777777" w:rsidR="003C1B6A" w:rsidRDefault="00B530F4">
            <w:pPr>
              <w:spacing w:after="0"/>
            </w:pPr>
            <w:sdt>
              <w:sdtPr>
                <w:rPr>
                  <w:color w:val="A0AAA4"/>
                  <w:sz w:val="16"/>
                </w:rPr>
                <w:alias w:val="Full employment history - Previous employment 5 - Manager's contact number"/>
                <w:tag w:val="Full employment history - Previous employment 5 - Manager's contact number"/>
                <w:id w:val="700145"/>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411E1778" w14:textId="77777777" w:rsidR="003C1B6A" w:rsidRDefault="00B530F4">
            <w:pPr>
              <w:spacing w:after="140"/>
            </w:pPr>
            <w:r>
              <w:rPr>
                <w:b/>
                <w:sz w:val="17"/>
              </w:rPr>
              <w:t xml:space="preserve">Health/social care role: </w:t>
            </w:r>
            <w:sdt>
              <w:sdtPr>
                <w:rPr>
                  <w:rFonts w:ascii="MS Gothic" w:hAnsi="MS Gothic" w:eastAsia="MS Gothic" w:cs="MS Gothic"/>
                  <w:b/>
                  <w:sz w:val="17"/>
                </w:rPr>
                <w:alias w:val="Full employment history - Previous employment 5 - Health/social care role: Yes"/>
                <w:tag w:val="Full employment history - Previous employment 5 - Health/social care role: Yes"/>
                <w:id w:val="700146"/>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Full employment history - Previous employment 5 - Health/social care role: No"/>
                <w:tag w:val="Full employment history - Previous employment 5 - Health/social care role: No"/>
                <w:id w:val="700147"/>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3A772C03" w14:textId="77777777" w:rsidR="003C1B6A" w:rsidRDefault="00B530F4">
            <w:pPr>
              <w:spacing w:after="0"/>
            </w:pPr>
            <w:sdt>
              <w:sdtPr>
                <w:rPr>
                  <w:color w:val="A0AAA4"/>
                  <w:sz w:val="16"/>
                </w:rPr>
                <w:alias w:val="Full employment history - Previous employment 5 - Health/social care role"/>
                <w:tag w:val="Full employment history - Previous employment 5 - Health/social care role"/>
                <w:id w:val="700148"/>
                <w:showingPlcHdr/>
                <w:text/>
              </w:sdtPr>
              <w:sdtContent>
                <w:r>
                  <w:rPr>
                    <w:color w:val="A0AAA4"/>
                    <w:sz w:val="16"/>
                  </w:rPr>
                  <w:t xml:space="preserve">_________________________________________________________</w:t>
                </w:r>
              </w:sdtContent>
            </w:sdt>
          </w:p>
        </w:tc>
      </w:tr>
    </w:tbl>
    <w:p w14:paraId="1FC21F7B" w14:textId="77777777" w:rsidR="003C1B6A" w:rsidRDefault="00B530F4">
      <w:pPr>
        <w:pStyle w:val="Heading2"/>
      </w:pPr>
      <w:r>
        <w:t>PREVIOUS EMPLOYMENT 6</w:t>
      </w:r>
    </w:p>
    <w:tbl>
      <w:tblPr>
        <w:tblStyle w:val="TableGrid"/>
        <w:tblW w:w="0" w:type="auto"/>
        <w:jc w:val="center"/>
        <w:tblLook w:val="04A0" w:firstRow="1" w:lastRow="0" w:firstColumn="1" w:lastColumn="0" w:noHBand="0" w:noVBand="1"/>
      </w:tblPr>
      <w:tblGrid>
        <w:gridCol w:w="2447"/>
        <w:gridCol w:w="2732"/>
        <w:gridCol w:w="5179"/>
      </w:tblGrid>
      <w:tr w:rsidR="003C1B6A" w14:paraId="1F8F6CFF" w14:textId="77777777">
        <w:trPr>
          <w:jc w:val="center"/>
        </w:trPr>
        <w:tc>
          <w:tcPr>
            <w:tcW w:w="5184" w:type="dxa"/>
            <w:gridSpan w:val="2"/>
            <w:shd w:val="clear" w:color="auto" w:fill="EEF2EF"/>
            <w:tcMar>
              <w:top w:w="90" w:type="dxa"/>
              <w:left w:w="85" w:type="dxa"/>
              <w:bottom w:w="90" w:type="dxa"/>
              <w:right w:w="85" w:type="dxa"/>
            </w:tcMar>
          </w:tcPr>
          <w:p w14:paraId="753E69CD" w14:textId="77777777" w:rsidR="003C1B6A" w:rsidRDefault="00B530F4">
            <w:pPr>
              <w:spacing w:after="140"/>
            </w:pPr>
            <w:r>
              <w:rPr>
                <w:b/>
                <w:sz w:val="17"/>
              </w:rPr>
              <w:t>Employer name</w:t>
            </w:r>
          </w:p>
          <w:p w14:paraId="766DDF8C" w14:textId="77777777" w:rsidR="003C1B6A" w:rsidRDefault="00B530F4">
            <w:pPr>
              <w:spacing w:after="0"/>
            </w:pPr>
            <w:sdt>
              <w:sdtPr>
                <w:rPr>
                  <w:color w:val="A0AAA4"/>
                  <w:sz w:val="16"/>
                </w:rPr>
                <w:alias w:val="Full employment history - Previous employment 6 - Employer name"/>
                <w:tag w:val="Full employment history - Previous employment 6 - Employer name"/>
                <w:id w:val="700149"/>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7025E449" w14:textId="77777777" w:rsidR="003C1B6A" w:rsidRDefault="00B530F4">
            <w:pPr>
              <w:spacing w:after="140"/>
            </w:pPr>
            <w:r>
              <w:rPr>
                <w:b/>
                <w:sz w:val="17"/>
              </w:rPr>
              <w:t>Employer address</w:t>
            </w:r>
          </w:p>
          <w:p w14:paraId="78B3AA0B" w14:textId="77777777" w:rsidR="003C1B6A" w:rsidRDefault="00B530F4">
            <w:pPr>
              <w:spacing w:after="0"/>
            </w:pPr>
            <w:sdt>
              <w:sdtPr>
                <w:rPr>
                  <w:color w:val="A0AAA4"/>
                  <w:sz w:val="16"/>
                </w:rPr>
                <w:alias w:val="Full employment history - Previous employment 6 - Employer address"/>
                <w:tag w:val="Full employment history - Previous employment 6 - Employer address"/>
                <w:id w:val="700150"/>
                <w:showingPlcHdr/>
                <w:text/>
              </w:sdtPr>
              <w:sdtContent>
                <w:r>
                  <w:rPr>
                    <w:color w:val="A0AAA4"/>
                    <w:sz w:val="16"/>
                  </w:rPr>
                  <w:t xml:space="preserve">_________________________________________________________</w:t>
                </w:r>
              </w:sdtContent>
            </w:sdt>
          </w:p>
        </w:tc>
      </w:tr>
      <w:tr w:rsidR="003C1B6A" w14:paraId="4B80719A" w14:textId="77777777">
        <w:trPr>
          <w:jc w:val="center"/>
        </w:trPr>
        <w:tc>
          <w:tcPr>
            <w:tcW w:w="5184" w:type="dxa"/>
            <w:gridSpan w:val="2"/>
            <w:shd w:val="clear" w:color="auto" w:fill="FFFFFF"/>
            <w:tcMar>
              <w:top w:w="90" w:type="dxa"/>
              <w:left w:w="85" w:type="dxa"/>
              <w:bottom w:w="90" w:type="dxa"/>
              <w:right w:w="85" w:type="dxa"/>
            </w:tcMar>
          </w:tcPr>
          <w:p w14:paraId="5C5535FF" w14:textId="77777777" w:rsidR="003C1B6A" w:rsidRDefault="00B530F4">
            <w:pPr>
              <w:spacing w:after="140"/>
            </w:pPr>
            <w:r>
              <w:rPr>
                <w:b/>
                <w:sz w:val="17"/>
              </w:rPr>
              <w:t>Job title</w:t>
            </w:r>
          </w:p>
          <w:p w14:paraId="4C055CCA" w14:textId="77777777" w:rsidR="003C1B6A" w:rsidRDefault="00B530F4">
            <w:pPr>
              <w:spacing w:after="0"/>
            </w:pPr>
            <w:sdt>
              <w:sdtPr>
                <w:rPr>
                  <w:color w:val="A0AAA4"/>
                  <w:sz w:val="16"/>
                </w:rPr>
                <w:alias w:val="Full employment history - Previous employment 6 - Job title"/>
                <w:tag w:val="Full employment history - Previous employment 6 - Job title"/>
                <w:id w:val="700151"/>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04C59378" w14:textId="77777777" w:rsidR="003C1B6A" w:rsidRDefault="00B530F4">
            <w:pPr>
              <w:spacing w:after="140"/>
            </w:pPr>
            <w:r>
              <w:rPr>
                <w:b/>
                <w:sz w:val="17"/>
              </w:rPr>
              <w:t>Start date</w:t>
            </w:r>
          </w:p>
          <w:p w14:paraId="2AB70D28" w14:textId="77777777" w:rsidR="003C1B6A" w:rsidRDefault="00B530F4">
            <w:pPr>
              <w:spacing w:after="0"/>
            </w:pPr>
            <w:sdt>
              <w:sdtPr>
                <w:rPr>
                  <w:color w:val="A0AAA4"/>
                  <w:sz w:val="16"/>
                </w:rPr>
                <w:alias w:val="Full employment history - Previous employment 6 - Start date"/>
                <w:tag w:val="Full employment history - Previous employment 6 - Start date"/>
                <w:id w:val="700152"/>
                <w:showingPlcHdr/>
                <w:text/>
              </w:sdtPr>
              <w:sdtContent>
                <w:r>
                  <w:rPr>
                    <w:color w:val="A0AAA4"/>
                    <w:sz w:val="16"/>
                  </w:rPr>
                  <w:t xml:space="preserve">_________________________________________________________</w:t>
                </w:r>
              </w:sdtContent>
            </w:sdt>
          </w:p>
        </w:tc>
      </w:tr>
      <w:tr w:rsidR="003C1B6A" w14:paraId="32577DA0" w14:textId="77777777">
        <w:trPr>
          <w:jc w:val="center"/>
        </w:trPr>
        <w:tc>
          <w:tcPr>
            <w:tcW w:w="5184" w:type="dxa"/>
            <w:gridSpan w:val="2"/>
            <w:shd w:val="clear" w:color="auto" w:fill="EEF2EF"/>
            <w:tcMar>
              <w:top w:w="90" w:type="dxa"/>
              <w:left w:w="85" w:type="dxa"/>
              <w:bottom w:w="90" w:type="dxa"/>
              <w:right w:w="85" w:type="dxa"/>
            </w:tcMar>
          </w:tcPr>
          <w:p w14:paraId="1992F205" w14:textId="77777777" w:rsidR="003C1B6A" w:rsidRDefault="00B530F4">
            <w:pPr>
              <w:spacing w:after="140"/>
            </w:pPr>
            <w:r>
              <w:rPr>
                <w:b/>
                <w:sz w:val="17"/>
              </w:rPr>
              <w:t>End date</w:t>
            </w:r>
          </w:p>
          <w:p w14:paraId="355B71D3" w14:textId="77777777" w:rsidR="003C1B6A" w:rsidRDefault="00B530F4">
            <w:pPr>
              <w:spacing w:after="0"/>
            </w:pPr>
            <w:sdt>
              <w:sdtPr>
                <w:rPr>
                  <w:color w:val="A0AAA4"/>
                  <w:sz w:val="16"/>
                </w:rPr>
                <w:alias w:val="Full employment history - Previous employment 6 - End date"/>
                <w:tag w:val="Full employment history - Previous employment 6 - End date"/>
                <w:id w:val="700153"/>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102A747C" w14:textId="77777777" w:rsidR="003C1B6A" w:rsidRDefault="00B530F4">
            <w:pPr>
              <w:spacing w:after="140"/>
            </w:pPr>
            <w:r>
              <w:rPr>
                <w:b/>
                <w:sz w:val="17"/>
              </w:rPr>
              <w:t>Reason for leaving</w:t>
            </w:r>
          </w:p>
          <w:p w14:paraId="47C381CD" w14:textId="77777777" w:rsidR="003C1B6A" w:rsidRDefault="00B530F4">
            <w:pPr>
              <w:spacing w:after="0"/>
            </w:pPr>
            <w:sdt>
              <w:sdtPr>
                <w:rPr>
                  <w:color w:val="A0AAA4"/>
                  <w:sz w:val="16"/>
                </w:rPr>
                <w:alias w:val="Full employment history - Previous employment 6 - Reason for leaving"/>
                <w:tag w:val="Full employment history - Previous employment 6 - Reason for leaving"/>
                <w:id w:val="700154"/>
                <w:showingPlcHdr/>
                <w:text/>
              </w:sdtPr>
              <w:sdtContent>
                <w:r>
                  <w:rPr>
                    <w:color w:val="A0AAA4"/>
                    <w:sz w:val="16"/>
                  </w:rPr>
                  <w:t xml:space="preserve">_________________________________________________________</w:t>
                </w:r>
              </w:sdtContent>
            </w:sdt>
          </w:p>
        </w:tc>
      </w:tr>
      <w:tr w:rsidR="003C1B6A" w14:paraId="2AB8AD33" w14:textId="77777777">
        <w:trPr>
          <w:jc w:val="center"/>
        </w:trPr>
        <w:tc>
          <w:tcPr>
            <w:tcW w:w="5184" w:type="dxa"/>
            <w:gridSpan w:val="2"/>
            <w:shd w:val="clear" w:color="auto" w:fill="FFFFFF"/>
            <w:tcMar>
              <w:top w:w="90" w:type="dxa"/>
              <w:left w:w="85" w:type="dxa"/>
              <w:bottom w:w="90" w:type="dxa"/>
              <w:right w:w="85" w:type="dxa"/>
            </w:tcMar>
          </w:tcPr>
          <w:p w14:paraId="617B2908" w14:textId="77777777" w:rsidR="003C1B6A" w:rsidRDefault="00B530F4">
            <w:pPr>
              <w:spacing w:after="140"/>
            </w:pPr>
            <w:r>
              <w:rPr>
                <w:b/>
                <w:sz w:val="17"/>
              </w:rPr>
              <w:t>Manager's name</w:t>
            </w:r>
          </w:p>
          <w:p w14:paraId="4CE203CD" w14:textId="77777777" w:rsidR="003C1B6A" w:rsidRDefault="00B530F4">
            <w:pPr>
              <w:spacing w:after="0"/>
            </w:pPr>
            <w:sdt>
              <w:sdtPr>
                <w:rPr>
                  <w:color w:val="A0AAA4"/>
                  <w:sz w:val="16"/>
                </w:rPr>
                <w:alias w:val="Full employment history - Previous employment 6 - Manager's name"/>
                <w:tag w:val="Full employment history - Previous employment 6 - Manager's name"/>
                <w:id w:val="700155"/>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15B8BEE5" w14:textId="77777777" w:rsidR="003C1B6A" w:rsidRDefault="00B530F4">
            <w:pPr>
              <w:spacing w:after="140"/>
            </w:pPr>
            <w:r>
              <w:rPr>
                <w:b/>
                <w:sz w:val="17"/>
              </w:rPr>
              <w:t>Manager's work email</w:t>
            </w:r>
          </w:p>
          <w:p w14:paraId="6B800E7C" w14:textId="77777777" w:rsidR="003C1B6A" w:rsidRDefault="00B530F4">
            <w:pPr>
              <w:spacing w:after="0"/>
            </w:pPr>
            <w:sdt>
              <w:sdtPr>
                <w:rPr>
                  <w:color w:val="A0AAA4"/>
                  <w:sz w:val="16"/>
                </w:rPr>
                <w:alias w:val="Full employment history - Previous employment 6 - Manager's work email"/>
                <w:tag w:val="Full employment history - Previous employment 6 - Manager's work email"/>
                <w:id w:val="700156"/>
                <w:showingPlcHdr/>
                <w:text/>
              </w:sdtPr>
              <w:sdtContent>
                <w:r>
                  <w:rPr>
                    <w:color w:val="A0AAA4"/>
                    <w:sz w:val="16"/>
                  </w:rPr>
                  <w:t xml:space="preserve">_________________________________________________________</w:t>
                </w:r>
              </w:sdtContent>
            </w:sdt>
          </w:p>
        </w:tc>
      </w:tr>
      <w:tr w:rsidR="003C1B6A" w14:paraId="0E9C0211" w14:textId="77777777">
        <w:trPr>
          <w:jc w:val="center"/>
        </w:trPr>
        <w:tc>
          <w:tcPr>
            <w:tcW w:w="5184" w:type="dxa"/>
            <w:gridSpan w:val="2"/>
            <w:shd w:val="clear" w:color="auto" w:fill="EEF2EF"/>
            <w:tcMar>
              <w:top w:w="90" w:type="dxa"/>
              <w:left w:w="85" w:type="dxa"/>
              <w:bottom w:w="90" w:type="dxa"/>
              <w:right w:w="85" w:type="dxa"/>
            </w:tcMar>
          </w:tcPr>
          <w:p w14:paraId="09D944A3" w14:textId="77777777" w:rsidR="003C1B6A" w:rsidRDefault="00B530F4">
            <w:pPr>
              <w:spacing w:after="140"/>
            </w:pPr>
            <w:r>
              <w:rPr>
                <w:b/>
                <w:sz w:val="17"/>
              </w:rPr>
              <w:t>Manager's contact number</w:t>
            </w:r>
          </w:p>
          <w:p w14:paraId="6F2AE326" w14:textId="77777777" w:rsidR="003C1B6A" w:rsidRDefault="00B530F4">
            <w:pPr>
              <w:spacing w:after="0"/>
            </w:pPr>
            <w:sdt>
              <w:sdtPr>
                <w:rPr>
                  <w:color w:val="A0AAA4"/>
                  <w:sz w:val="16"/>
                </w:rPr>
                <w:alias w:val="Full employment history - Previous employment 6 - Manager's contact number"/>
                <w:tag w:val="Full employment history - Previous employment 6 - Manager's contact number"/>
                <w:id w:val="70015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5B592303" w14:textId="77777777" w:rsidR="003C1B6A" w:rsidRDefault="00B530F4">
            <w:pPr>
              <w:spacing w:after="140"/>
            </w:pPr>
            <w:r>
              <w:rPr>
                <w:b/>
                <w:sz w:val="17"/>
              </w:rPr>
              <w:t xml:space="preserve">Health/social care role: </w:t>
            </w:r>
            <w:sdt>
              <w:sdtPr>
                <w:rPr>
                  <w:rFonts w:ascii="MS Gothic" w:hAnsi="MS Gothic" w:eastAsia="MS Gothic" w:cs="MS Gothic"/>
                  <w:b/>
                  <w:sz w:val="17"/>
                </w:rPr>
                <w:alias w:val="Full employment history - Previous employment 6 - Health/social care role: Yes"/>
                <w:tag w:val="Full employment history - Previous employment 6 - Health/social care role: Yes"/>
                <w:id w:val="700158"/>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Full employment history - Previous employment 6 - Health/social care role: No"/>
                <w:tag w:val="Full employment history - Previous employment 6 - Health/social care role: No"/>
                <w:id w:val="700159"/>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05A10DD3" w14:textId="77777777" w:rsidR="003C1B6A" w:rsidRDefault="00B530F4">
            <w:pPr>
              <w:spacing w:after="0"/>
            </w:pPr>
            <w:sdt>
              <w:sdtPr>
                <w:rPr>
                  <w:color w:val="A0AAA4"/>
                  <w:sz w:val="16"/>
                </w:rPr>
                <w:alias w:val="Full employment history - Previous employment 6 - Health/social care role"/>
                <w:tag w:val="Full employment history - Previous employment 6 - Health/social care role"/>
                <w:id w:val="700160"/>
                <w:showingPlcHdr/>
                <w:text/>
              </w:sdtPr>
              <w:sdtContent>
                <w:r>
                  <w:rPr>
                    <w:color w:val="A0AAA4"/>
                    <w:sz w:val="16"/>
                  </w:rPr>
                  <w:t xml:space="preserve">_________________________________________________________</w:t>
                </w:r>
              </w:sdtContent>
            </w:sdt>
          </w:p>
        </w:tc>
      </w:tr>
      <w:tr w:rsidR="003C1B6A" w14:paraId="40CDDFFE" w14:textId="77777777">
        <w:trPr>
          <w:jc w:val="center"/>
        </w:trPr>
        <w:tc>
          <w:tcPr>
            <w:tcW w:w="2448" w:type="dxa"/>
            <w:shd w:val="clear" w:color="auto" w:fill="526B61"/>
            <w:tcMar>
              <w:top w:w="70" w:type="dxa"/>
              <w:left w:w="85" w:type="dxa"/>
              <w:bottom w:w="70" w:type="dxa"/>
              <w:right w:w="85" w:type="dxa"/>
            </w:tcMar>
            <w:vAlign w:val="center"/>
          </w:tcPr>
          <w:p w14:paraId="1207F250" w14:textId="77777777" w:rsidR="003C1B6A" w:rsidRDefault="00B530F4">
            <w:pPr>
              <w:spacing w:after="20"/>
            </w:pPr>
            <w:r>
              <w:rPr>
                <w:b/>
                <w:color w:val="FFFFFF"/>
                <w:sz w:val="16"/>
              </w:rPr>
              <w:t>Gap from (month/year)</w:t>
            </w:r>
          </w:p>
        </w:tc>
        <w:tc>
          <w:tcPr>
            <w:tcW w:w="2448" w:type="dxa"/>
            <w:shd w:val="clear" w:color="auto" w:fill="526B61"/>
            <w:tcMar>
              <w:top w:w="70" w:type="dxa"/>
              <w:left w:w="85" w:type="dxa"/>
              <w:bottom w:w="70" w:type="dxa"/>
              <w:right w:w="85" w:type="dxa"/>
            </w:tcMar>
            <w:vAlign w:val="center"/>
          </w:tcPr>
          <w:p w14:paraId="55E79A03" w14:textId="77777777" w:rsidR="003C1B6A" w:rsidRDefault="00B530F4">
            <w:pPr>
              <w:spacing w:after="20"/>
            </w:pPr>
            <w:r>
              <w:rPr>
                <w:b/>
                <w:color w:val="FFFFFF"/>
                <w:sz w:val="16"/>
              </w:rPr>
              <w:t>Gap to (month/year)</w:t>
            </w:r>
          </w:p>
        </w:tc>
        <w:tc>
          <w:tcPr>
            <w:tcW w:w="5184" w:type="dxa"/>
            <w:shd w:val="clear" w:color="auto" w:fill="526B61"/>
            <w:tcMar>
              <w:top w:w="70" w:type="dxa"/>
              <w:left w:w="85" w:type="dxa"/>
              <w:bottom w:w="70" w:type="dxa"/>
              <w:right w:w="85" w:type="dxa"/>
            </w:tcMar>
            <w:vAlign w:val="center"/>
          </w:tcPr>
          <w:p w14:paraId="310C52B6" w14:textId="77777777" w:rsidR="003C1B6A" w:rsidRDefault="00B530F4">
            <w:pPr>
              <w:spacing w:after="20"/>
            </w:pPr>
            <w:r>
              <w:rPr>
                <w:b/>
                <w:color w:val="FFFFFF"/>
                <w:sz w:val="16"/>
              </w:rPr>
              <w:t>Explanation for gap</w:t>
            </w:r>
          </w:p>
        </w:tc>
      </w:tr>
      <w:tr w:rsidR="003C1B6A" w14:paraId="2121FEA5" w14:textId="77777777">
        <w:trPr>
          <w:jc w:val="center"/>
        </w:trPr>
        <w:tc>
          <w:tcPr>
            <w:tcW w:w="2448" w:type="dxa"/>
            <w:tcMar>
              <w:top w:w="70" w:type="dxa"/>
              <w:left w:w="85" w:type="dxa"/>
              <w:bottom w:w="70" w:type="dxa"/>
              <w:right w:w="85" w:type="dxa"/>
            </w:tcMar>
            <w:vAlign w:val="center"/>
          </w:tcPr>
          <w:p w14:paraId="3516DEE1" w14:textId="77777777" w:rsidR="003C1B6A" w:rsidRDefault="00B530F4">
            <w:pPr>
              <w:spacing w:after="20"/>
            </w:pPr>
            <w:sdt>
              <w:sdtPr>
                <w:rPr>
                  <w:color w:val="C9D2CC"/>
                  <w:sz w:val="16"/>
                </w:rPr>
                <w:alias w:val="Full employment history - Previous employment 6 - Gap from (month/year) 1"/>
                <w:tag w:val="Full employment history - Previous employment 6 - Gap from (month/year) 1"/>
                <w:id w:val="700278"/>
                <w:showingPlcHdr/>
                <w:text/>
              </w:sdtPr>
              <w:sdtContent>
                <w:r>
                  <w:rPr>
                    <w:color w:val="C9D2CC"/>
                    <w:sz w:val="16"/>
                  </w:rPr>
                  <w:t xml:space="preserve">__________________________</w:t>
                </w:r>
              </w:sdtContent>
            </w:sdt>
          </w:p>
        </w:tc>
        <w:tc>
          <w:tcPr>
            <w:tcW w:w="2448" w:type="dxa"/>
            <w:tcMar>
              <w:top w:w="70" w:type="dxa"/>
              <w:left w:w="85" w:type="dxa"/>
              <w:bottom w:w="70" w:type="dxa"/>
              <w:right w:w="85" w:type="dxa"/>
            </w:tcMar>
            <w:vAlign w:val="center"/>
          </w:tcPr>
          <w:p w14:paraId="49711BC7" w14:textId="77777777" w:rsidR="003C1B6A" w:rsidRDefault="00B530F4">
            <w:pPr>
              <w:spacing w:after="20"/>
            </w:pPr>
            <w:sdt>
              <w:sdtPr>
                <w:rPr>
                  <w:color w:val="C9D2CC"/>
                  <w:sz w:val="16"/>
                </w:rPr>
                <w:alias w:val="Full employment history - Previous employment 6 - Gap to (month/year) 1"/>
                <w:tag w:val="Full employment history - Previous employment 6 - Gap to (month/year) 1"/>
                <w:id w:val="700279"/>
                <w:showingPlcHdr/>
                <w:text/>
              </w:sdtPr>
              <w:sdtContent>
                <w:r>
                  <w:rPr>
                    <w:color w:val="C9D2CC"/>
                    <w:sz w:val="16"/>
                  </w:rPr>
                  <w:t xml:space="preserve">__________________________</w:t>
                </w:r>
              </w:sdtContent>
            </w:sdt>
          </w:p>
        </w:tc>
        <w:tc>
          <w:tcPr>
            <w:tcW w:w="5184" w:type="dxa"/>
            <w:tcMar>
              <w:top w:w="70" w:type="dxa"/>
              <w:left w:w="85" w:type="dxa"/>
              <w:bottom w:w="70" w:type="dxa"/>
              <w:right w:w="85" w:type="dxa"/>
            </w:tcMar>
            <w:vAlign w:val="center"/>
          </w:tcPr>
          <w:p w14:paraId="13438A6C" w14:textId="77777777" w:rsidR="003C1B6A" w:rsidRDefault="00B530F4">
            <w:pPr>
              <w:spacing w:after="20"/>
            </w:pPr>
            <w:sdt>
              <w:sdtPr>
                <w:rPr>
                  <w:color w:val="C9D2CC"/>
                  <w:sz w:val="16"/>
                </w:rPr>
                <w:alias w:val="Full employment history - Previous employment 6 - Explanation for gap 1"/>
                <w:tag w:val="Full employment history - Previous employment 6 - Explanation for gap 1"/>
                <w:id w:val="700280"/>
                <w:showingPlcHdr/>
                <w:text/>
              </w:sdtPr>
              <w:sdtContent>
                <w:r>
                  <w:rPr>
                    <w:color w:val="C9D2CC"/>
                    <w:sz w:val="16"/>
                  </w:rPr>
                  <w:t xml:space="preserve">____________________________________________________________</w:t>
                </w:r>
              </w:sdtContent>
            </w:sdt>
          </w:p>
        </w:tc>
      </w:tr>
      <w:tr w:rsidR="003C1B6A" w14:paraId="45DB3C65" w14:textId="77777777">
        <w:trPr>
          <w:jc w:val="center"/>
        </w:trPr>
        <w:tc>
          <w:tcPr>
            <w:tcW w:w="2448" w:type="dxa"/>
            <w:shd w:val="clear" w:color="auto" w:fill="F4F5F4"/>
            <w:tcMar>
              <w:top w:w="70" w:type="dxa"/>
              <w:left w:w="85" w:type="dxa"/>
              <w:bottom w:w="70" w:type="dxa"/>
              <w:right w:w="85" w:type="dxa"/>
            </w:tcMar>
            <w:vAlign w:val="center"/>
          </w:tcPr>
          <w:p w14:paraId="3032B644" w14:textId="77777777" w:rsidR="003C1B6A" w:rsidRDefault="00B530F4">
            <w:pPr>
              <w:spacing w:after="20"/>
            </w:pPr>
            <w:sdt>
              <w:sdtPr>
                <w:rPr>
                  <w:color w:val="C9D2CC"/>
                  <w:sz w:val="16"/>
                </w:rPr>
                <w:alias w:val="Full employment history - Previous employment 6 - Gap from (month/year) 2"/>
                <w:tag w:val="Full employment history - Previous employment 6 - Gap from (month/year) 2"/>
                <w:id w:val="700281"/>
                <w:showingPlcHdr/>
                <w:text/>
              </w:sdtPr>
              <w:sdtContent>
                <w:r>
                  <w:rPr>
                    <w:color w:val="C9D2CC"/>
                    <w:sz w:val="16"/>
                  </w:rPr>
                  <w:t xml:space="preserve">__________________________</w:t>
                </w:r>
              </w:sdtContent>
            </w:sdt>
          </w:p>
        </w:tc>
        <w:tc>
          <w:tcPr>
            <w:tcW w:w="2448" w:type="dxa"/>
            <w:shd w:val="clear" w:color="auto" w:fill="F4F5F4"/>
            <w:tcMar>
              <w:top w:w="70" w:type="dxa"/>
              <w:left w:w="85" w:type="dxa"/>
              <w:bottom w:w="70" w:type="dxa"/>
              <w:right w:w="85" w:type="dxa"/>
            </w:tcMar>
            <w:vAlign w:val="center"/>
          </w:tcPr>
          <w:p w14:paraId="24871CA1" w14:textId="77777777" w:rsidR="003C1B6A" w:rsidRDefault="00B530F4">
            <w:pPr>
              <w:spacing w:after="20"/>
            </w:pPr>
            <w:sdt>
              <w:sdtPr>
                <w:rPr>
                  <w:color w:val="C9D2CC"/>
                  <w:sz w:val="16"/>
                </w:rPr>
                <w:alias w:val="Full employment history - Previous employment 6 - Gap to (month/year) 2"/>
                <w:tag w:val="Full employment history - Previous employment 6 - Gap to (month/year) 2"/>
                <w:id w:val="700282"/>
                <w:showingPlcHdr/>
                <w:text/>
              </w:sdtPr>
              <w:sdtContent>
                <w:r>
                  <w:rPr>
                    <w:color w:val="C9D2CC"/>
                    <w:sz w:val="16"/>
                  </w:rPr>
                  <w:t xml:space="preserve">__________________________</w:t>
                </w:r>
              </w:sdtContent>
            </w:sdt>
          </w:p>
        </w:tc>
        <w:tc>
          <w:tcPr>
            <w:tcW w:w="5184" w:type="dxa"/>
            <w:shd w:val="clear" w:color="auto" w:fill="F4F5F4"/>
            <w:tcMar>
              <w:top w:w="70" w:type="dxa"/>
              <w:left w:w="85" w:type="dxa"/>
              <w:bottom w:w="70" w:type="dxa"/>
              <w:right w:w="85" w:type="dxa"/>
            </w:tcMar>
            <w:vAlign w:val="center"/>
          </w:tcPr>
          <w:p w14:paraId="6E6222BA" w14:textId="77777777" w:rsidR="003C1B6A" w:rsidRDefault="00B530F4">
            <w:pPr>
              <w:spacing w:after="20"/>
            </w:pPr>
            <w:sdt>
              <w:sdtPr>
                <w:rPr>
                  <w:color w:val="C9D2CC"/>
                  <w:sz w:val="16"/>
                </w:rPr>
                <w:alias w:val="Full employment history - Previous employment 6 - Explanation for gap 2"/>
                <w:tag w:val="Full employment history - Previous employment 6 - Explanation for gap 2"/>
                <w:id w:val="700283"/>
                <w:showingPlcHdr/>
                <w:text/>
              </w:sdtPr>
              <w:sdtContent>
                <w:r>
                  <w:rPr>
                    <w:color w:val="C9D2CC"/>
                    <w:sz w:val="16"/>
                  </w:rPr>
                  <w:t xml:space="preserve">____________________________________________________________</w:t>
                </w:r>
              </w:sdtContent>
            </w:sdt>
          </w:p>
        </w:tc>
      </w:tr>
      <w:tr w:rsidR="003C1B6A" w14:paraId="76E335AA" w14:textId="77777777">
        <w:trPr>
          <w:jc w:val="center"/>
        </w:trPr>
        <w:tc>
          <w:tcPr>
            <w:tcW w:w="2448" w:type="dxa"/>
            <w:tcMar>
              <w:top w:w="70" w:type="dxa"/>
              <w:left w:w="85" w:type="dxa"/>
              <w:bottom w:w="70" w:type="dxa"/>
              <w:right w:w="85" w:type="dxa"/>
            </w:tcMar>
            <w:vAlign w:val="center"/>
          </w:tcPr>
          <w:p w14:paraId="06A8CE3B" w14:textId="77777777" w:rsidR="003C1B6A" w:rsidRDefault="00B530F4">
            <w:pPr>
              <w:spacing w:after="20"/>
            </w:pPr>
            <w:sdt>
              <w:sdtPr>
                <w:rPr>
                  <w:color w:val="C9D2CC"/>
                  <w:sz w:val="16"/>
                </w:rPr>
                <w:alias w:val="Full employment history - Previous employment 6 - Gap from (month/year) 3"/>
                <w:tag w:val="Full employment history - Previous employment 6 - Gap from (month/year) 3"/>
                <w:id w:val="700284"/>
                <w:showingPlcHdr/>
                <w:text/>
              </w:sdtPr>
              <w:sdtContent>
                <w:r>
                  <w:rPr>
                    <w:color w:val="C9D2CC"/>
                    <w:sz w:val="16"/>
                  </w:rPr>
                  <w:t xml:space="preserve">__________________________</w:t>
                </w:r>
              </w:sdtContent>
            </w:sdt>
          </w:p>
        </w:tc>
        <w:tc>
          <w:tcPr>
            <w:tcW w:w="2448" w:type="dxa"/>
            <w:tcMar>
              <w:top w:w="70" w:type="dxa"/>
              <w:left w:w="85" w:type="dxa"/>
              <w:bottom w:w="70" w:type="dxa"/>
              <w:right w:w="85" w:type="dxa"/>
            </w:tcMar>
            <w:vAlign w:val="center"/>
          </w:tcPr>
          <w:p w14:paraId="14FC5141" w14:textId="77777777" w:rsidR="003C1B6A" w:rsidRDefault="00B530F4">
            <w:pPr>
              <w:spacing w:after="20"/>
            </w:pPr>
            <w:sdt>
              <w:sdtPr>
                <w:rPr>
                  <w:color w:val="C9D2CC"/>
                  <w:sz w:val="16"/>
                </w:rPr>
                <w:alias w:val="Full employment history - Previous employment 6 - Gap to (month/year) 3"/>
                <w:tag w:val="Full employment history - Previous employment 6 - Gap to (month/year) 3"/>
                <w:id w:val="700285"/>
                <w:showingPlcHdr/>
                <w:text/>
              </w:sdtPr>
              <w:sdtContent>
                <w:r>
                  <w:rPr>
                    <w:color w:val="C9D2CC"/>
                    <w:sz w:val="16"/>
                  </w:rPr>
                  <w:t xml:space="preserve">__________________________</w:t>
                </w:r>
              </w:sdtContent>
            </w:sdt>
          </w:p>
        </w:tc>
        <w:tc>
          <w:tcPr>
            <w:tcW w:w="5184" w:type="dxa"/>
            <w:tcMar>
              <w:top w:w="70" w:type="dxa"/>
              <w:left w:w="85" w:type="dxa"/>
              <w:bottom w:w="70" w:type="dxa"/>
              <w:right w:w="85" w:type="dxa"/>
            </w:tcMar>
            <w:vAlign w:val="center"/>
          </w:tcPr>
          <w:p w14:paraId="2EC5D759" w14:textId="77777777" w:rsidR="003C1B6A" w:rsidRDefault="00B530F4">
            <w:pPr>
              <w:spacing w:after="20"/>
            </w:pPr>
            <w:sdt>
              <w:sdtPr>
                <w:rPr>
                  <w:color w:val="C9D2CC"/>
                  <w:sz w:val="16"/>
                </w:rPr>
                <w:alias w:val="Full employment history - Previous employment 6 - Explanation for gap 3"/>
                <w:tag w:val="Full employment history - Previous employment 6 - Explanation for gap 3"/>
                <w:id w:val="700286"/>
                <w:showingPlcHdr/>
                <w:text/>
              </w:sdtPr>
              <w:sdtContent>
                <w:r>
                  <w:rPr>
                    <w:color w:val="C9D2CC"/>
                    <w:sz w:val="16"/>
                  </w:rPr>
                  <w:t xml:space="preserve">____________________________________________________________</w:t>
                </w:r>
              </w:sdtContent>
            </w:sdt>
          </w:p>
        </w:tc>
      </w:tr>
    </w:tbl>
    <w:p w14:paraId="058EADC7" w14:textId="77777777" w:rsidR="003C1B6A" w:rsidRDefault="00B530F4">
      <w:r>
        <w:t>Explain all gaps in employment, for example education, caring responsibilities, unemployment, travel or other personal circumstances.</w:t>
      </w:r>
    </w:p>
    <w:p w14:paraId="4DAD57E0" w14:textId="77777777" w:rsidR="003C1B6A" w:rsidRDefault="00B530F4">
      <w:pPr>
        <w:pStyle w:val="Heading1"/>
        <w:pBdr>
          <w:bottom w:val="single" w:sz="5" w:space="2" w:color="F4C4CC"/>
        </w:pBdr>
      </w:pPr>
      <w:r>
        <w:rPr>
          <w:color w:val="526B61"/>
        </w:rPr>
        <w:lastRenderedPageBreak/>
        <w:t>9. REFERENCES</w:t>
      </w:r>
    </w:p>
    <w:p w14:paraId="0E110924" w14:textId="77777777" w:rsidR="003C1B6A" w:rsidRDefault="00B530F4">
      <w:r>
        <w:t>Please provide references appropriate to your employment history. If you have previously worked in health or social care, Pure Hearts requires at least one reference from a health or social care employer/setting, normally the most recent care employer where possible. References must be checked and any concerns followed up before a recruitment decision is made. Employment references should normally be requested from an official business email address. Under Pure Hearts' recruitment policy, a character refere</w:t>
      </w:r>
      <w:r>
        <w:t>e must have known you for at least 3 years, must not be a family member, partner or relative, and should be able to comment on your honesty, reliability, conduct and suitability for a caring role. This three-year period is a Pure Hearts policy requirement, not a specific CQC rule.</w:t>
      </w:r>
    </w:p>
    <w:p w14:paraId="3E98589C" w14:textId="77777777" w:rsidR="003C1B6A" w:rsidRDefault="00B530F4">
      <w:pPr>
        <w:shd w:val="clear" w:color="auto" w:fill="FCEEF0"/>
      </w:pPr>
      <w:r>
        <w:rPr>
          <w:b/>
        </w:rPr>
        <w:t>IMPORTANT – CQC SAFER RECRUITMENT: We will verify the applicant's full employment history, explore gaps and reasons for leaving, obtain and check appropriate references, verify identity and right to work, confirm relevant qualifications and assess suitability and competence for the role. Checks and the reasons for any recruitment decision will be recorded.</w:t>
      </w:r>
    </w:p>
    <w:p w14:paraId="758C2ACA" w14:textId="77777777" w:rsidR="003C1B6A" w:rsidRDefault="00B530F4">
      <w:pPr>
        <w:shd w:val="clear" w:color="auto" w:fill="FCEEF0"/>
      </w:pPr>
      <w:r>
        <w:rPr>
          <w:b/>
        </w:rPr>
        <w:t>IMPORTANT: If you have worked in care, please provide at least one reference from a health and social care setting. Character references must be from a non-family member who has known you for at least 3 years.</w:t>
      </w:r>
    </w:p>
    <w:p w14:paraId="1D528A96" w14:textId="77777777" w:rsidR="003C1B6A" w:rsidRDefault="00B530F4">
      <w:pPr>
        <w:spacing w:after="40"/>
      </w:pPr>
      <w:sdt>
        <w:sdtPr>
          <w:alias w:val="References - Option A – Never worked before"/>
          <w:tag w:val="References - Option A – Never worked before"/>
          <w:id w:val="700161"/>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Option A – Never worked before.</w:t>
      </w:r>
    </w:p>
    <w:p w14:paraId="029B5212" w14:textId="77777777" w:rsidR="003C1B6A" w:rsidRDefault="00B530F4">
      <w:pPr>
        <w:spacing w:after="40"/>
      </w:pPr>
      <w:sdt>
        <w:sdtPr>
          <w:alias w:val="References - Option B – Previously employed but never worked in health or social care"/>
          <w:tag w:val="References - Option B – Previously employed but never worked in health or social care"/>
          <w:id w:val="700162"/>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Option B – Previously employed but never worked in health or social care.</w:t>
      </w:r>
    </w:p>
    <w:p w14:paraId="1BA82B26" w14:textId="77777777" w:rsidR="003C1B6A" w:rsidRDefault="00B530F4">
      <w:pPr>
        <w:spacing w:after="40"/>
      </w:pPr>
      <w:sdt>
        <w:sdtPr>
          <w:alias w:val="References - Option C – Most recent employer was in health or social care"/>
          <w:tag w:val="References - Option C – Most recent employer was in health or social care"/>
          <w:id w:val="700163"/>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Option C – Most recent employer was in health or social care.</w:t>
      </w:r>
    </w:p>
    <w:p w14:paraId="1D8C0389" w14:textId="77777777" w:rsidR="003C1B6A" w:rsidRDefault="00B530F4">
      <w:pPr>
        <w:spacing w:after="40"/>
      </w:pPr>
      <w:sdt>
        <w:sdtPr>
          <w:alias w:val="References - Option D – Previous care experience, but most recent employer was not a care provider"/>
          <w:tag w:val="References - Option D – Previous care experience, but most recent employer was not a care provider"/>
          <w:id w:val="700164"/>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Option D – Previous care experience, but most recent employer was not a care provider.</w:t>
      </w:r>
    </w:p>
    <w:p w14:paraId="1F706820" w14:textId="77777777" w:rsidR="003C1B6A" w:rsidRDefault="00B530F4">
      <w:pPr>
        <w:spacing w:after="40"/>
      </w:pPr>
      <w:sdt>
        <w:sdtPr>
          <w:alias w:val="References - Option E – Care experience was not with either of my two most recent employers"/>
          <w:tag w:val="References - Option E – Care experience was not with either of my two most recent employers"/>
          <w:id w:val="70016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Option E – Care experience was not with either of my two most recent employers.</w:t>
      </w:r>
    </w:p>
    <w:tbl>
      <w:tblPr>
        <w:tblStyle w:val="TableGrid"/>
        <w:tblW w:w="0" w:type="auto"/>
        <w:jc w:val="center"/>
        <w:tblLook w:val="04A0" w:firstRow="1" w:lastRow="0" w:firstColumn="1" w:lastColumn="0" w:noHBand="0" w:noVBand="1"/>
      </w:tblPr>
      <w:tblGrid>
        <w:gridCol w:w="1728"/>
        <w:gridCol w:w="1944"/>
        <w:gridCol w:w="2664"/>
        <w:gridCol w:w="1800"/>
        <w:gridCol w:w="1944"/>
      </w:tblGrid>
      <w:tr w:rsidR="003C1B6A" w14:paraId="53046D80" w14:textId="77777777">
        <w:trPr>
          <w:jc w:val="center"/>
        </w:trPr>
        <w:tc>
          <w:tcPr>
            <w:tcW w:w="1728" w:type="dxa"/>
            <w:shd w:val="clear" w:color="auto" w:fill="526B61"/>
            <w:tcMar>
              <w:top w:w="70" w:type="dxa"/>
              <w:left w:w="85" w:type="dxa"/>
              <w:bottom w:w="70" w:type="dxa"/>
              <w:right w:w="85" w:type="dxa"/>
            </w:tcMar>
            <w:vAlign w:val="center"/>
          </w:tcPr>
          <w:p w14:paraId="365766CC" w14:textId="77777777" w:rsidR="003C1B6A" w:rsidRDefault="00B530F4">
            <w:pPr>
              <w:spacing w:after="20"/>
            </w:pPr>
            <w:r>
              <w:rPr>
                <w:b/>
                <w:color w:val="FFFFFF"/>
                <w:sz w:val="16"/>
              </w:rPr>
              <w:t>Reference type</w:t>
            </w:r>
          </w:p>
        </w:tc>
        <w:tc>
          <w:tcPr>
            <w:tcW w:w="1944" w:type="dxa"/>
            <w:shd w:val="clear" w:color="auto" w:fill="526B61"/>
            <w:tcMar>
              <w:top w:w="70" w:type="dxa"/>
              <w:left w:w="85" w:type="dxa"/>
              <w:bottom w:w="70" w:type="dxa"/>
              <w:right w:w="85" w:type="dxa"/>
            </w:tcMar>
            <w:vAlign w:val="center"/>
          </w:tcPr>
          <w:p w14:paraId="520F6B69" w14:textId="77777777" w:rsidR="003C1B6A" w:rsidRDefault="00B530F4">
            <w:pPr>
              <w:spacing w:after="20"/>
            </w:pPr>
            <w:r>
              <w:rPr>
                <w:b/>
                <w:color w:val="FFFFFF"/>
                <w:sz w:val="16"/>
              </w:rPr>
              <w:t>Referee name</w:t>
            </w:r>
          </w:p>
        </w:tc>
        <w:tc>
          <w:tcPr>
            <w:tcW w:w="2664" w:type="dxa"/>
            <w:shd w:val="clear" w:color="auto" w:fill="526B61"/>
            <w:tcMar>
              <w:top w:w="70" w:type="dxa"/>
              <w:left w:w="85" w:type="dxa"/>
              <w:bottom w:w="70" w:type="dxa"/>
              <w:right w:w="85" w:type="dxa"/>
            </w:tcMar>
            <w:vAlign w:val="center"/>
          </w:tcPr>
          <w:p w14:paraId="34988A0A" w14:textId="77777777" w:rsidR="003C1B6A" w:rsidRDefault="00B530F4">
            <w:pPr>
              <w:spacing w:after="20"/>
            </w:pPr>
            <w:r>
              <w:rPr>
                <w:b/>
                <w:color w:val="FFFFFF"/>
                <w:sz w:val="16"/>
              </w:rPr>
              <w:t>Email address</w:t>
            </w:r>
          </w:p>
        </w:tc>
        <w:tc>
          <w:tcPr>
            <w:tcW w:w="1800" w:type="dxa"/>
            <w:shd w:val="clear" w:color="auto" w:fill="526B61"/>
            <w:tcMar>
              <w:top w:w="70" w:type="dxa"/>
              <w:left w:w="85" w:type="dxa"/>
              <w:bottom w:w="70" w:type="dxa"/>
              <w:right w:w="85" w:type="dxa"/>
            </w:tcMar>
            <w:vAlign w:val="center"/>
          </w:tcPr>
          <w:p w14:paraId="5AF474E0" w14:textId="77777777" w:rsidR="003C1B6A" w:rsidRDefault="00B530F4">
            <w:pPr>
              <w:spacing w:after="20"/>
            </w:pPr>
            <w:r>
              <w:rPr>
                <w:b/>
                <w:color w:val="FFFFFF"/>
                <w:sz w:val="16"/>
              </w:rPr>
              <w:t>Contact number</w:t>
            </w:r>
          </w:p>
        </w:tc>
        <w:tc>
          <w:tcPr>
            <w:tcW w:w="1944" w:type="dxa"/>
            <w:shd w:val="clear" w:color="auto" w:fill="526B61"/>
            <w:tcMar>
              <w:top w:w="70" w:type="dxa"/>
              <w:left w:w="85" w:type="dxa"/>
              <w:bottom w:w="70" w:type="dxa"/>
              <w:right w:w="85" w:type="dxa"/>
            </w:tcMar>
            <w:vAlign w:val="center"/>
          </w:tcPr>
          <w:p w14:paraId="6F34AE02" w14:textId="77777777" w:rsidR="003C1B6A" w:rsidRDefault="00B530F4">
            <w:pPr>
              <w:spacing w:after="20"/>
            </w:pPr>
            <w:r>
              <w:rPr>
                <w:b/>
                <w:color w:val="FFFFFF"/>
                <w:sz w:val="16"/>
              </w:rPr>
              <w:t>Relationship</w:t>
            </w:r>
          </w:p>
        </w:tc>
      </w:tr>
      <w:tr w:rsidR="003C1B6A" w14:paraId="54C93242" w14:textId="77777777">
        <w:trPr>
          <w:jc w:val="center"/>
        </w:trPr>
        <w:tc>
          <w:tcPr>
            <w:tcW w:w="1728" w:type="dxa"/>
            <w:tcMar>
              <w:top w:w="70" w:type="dxa"/>
              <w:left w:w="85" w:type="dxa"/>
              <w:bottom w:w="70" w:type="dxa"/>
              <w:right w:w="85" w:type="dxa"/>
            </w:tcMar>
            <w:vAlign w:val="center"/>
          </w:tcPr>
          <w:p w14:paraId="6BE99B31" w14:textId="77777777" w:rsidR="003C1B6A" w:rsidRDefault="00B530F4">
            <w:pPr>
              <w:spacing w:after="20"/>
            </w:pPr>
            <w:sdt>
              <w:sdtPr>
                <w:rPr>
                  <w:color w:val="C9D2CC"/>
                  <w:sz w:val="16"/>
                </w:rPr>
                <w:alias w:val="References - Reference type 1"/>
                <w:tag w:val="References - Reference type 1"/>
                <w:id w:val="700287"/>
                <w:showingPlcHdr/>
                <w:text/>
              </w:sdtPr>
              <w:sdtContent>
                <w:r>
                  <w:rPr>
                    <w:color w:val="C9D2CC"/>
                    <w:sz w:val="16"/>
                  </w:rPr>
                  <w:t xml:space="preserve">_________________</w:t>
                </w:r>
              </w:sdtContent>
            </w:sdt>
          </w:p>
        </w:tc>
        <w:tc>
          <w:tcPr>
            <w:tcW w:w="1944" w:type="dxa"/>
            <w:tcMar>
              <w:top w:w="70" w:type="dxa"/>
              <w:left w:w="85" w:type="dxa"/>
              <w:bottom w:w="70" w:type="dxa"/>
              <w:right w:w="85" w:type="dxa"/>
            </w:tcMar>
            <w:vAlign w:val="center"/>
          </w:tcPr>
          <w:p w14:paraId="7BF3A2E1" w14:textId="77777777" w:rsidR="003C1B6A" w:rsidRDefault="00B530F4">
            <w:pPr>
              <w:spacing w:after="20"/>
            </w:pPr>
            <w:sdt>
              <w:sdtPr>
                <w:rPr>
                  <w:color w:val="C9D2CC"/>
                  <w:sz w:val="16"/>
                </w:rPr>
                <w:alias w:val="References - Referee name 1"/>
                <w:tag w:val="References - Referee name 1"/>
                <w:id w:val="700288"/>
                <w:showingPlcHdr/>
                <w:text/>
              </w:sdtPr>
              <w:sdtContent>
                <w:r>
                  <w:rPr>
                    <w:color w:val="C9D2CC"/>
                    <w:sz w:val="16"/>
                  </w:rPr>
                  <w:t xml:space="preserve">____________________</w:t>
                </w:r>
              </w:sdtContent>
            </w:sdt>
          </w:p>
        </w:tc>
        <w:tc>
          <w:tcPr>
            <w:tcW w:w="2664" w:type="dxa"/>
            <w:tcMar>
              <w:top w:w="70" w:type="dxa"/>
              <w:left w:w="85" w:type="dxa"/>
              <w:bottom w:w="70" w:type="dxa"/>
              <w:right w:w="85" w:type="dxa"/>
            </w:tcMar>
            <w:vAlign w:val="center"/>
          </w:tcPr>
          <w:p w14:paraId="4CBC8A26" w14:textId="77777777" w:rsidR="003C1B6A" w:rsidRDefault="00B530F4">
            <w:pPr>
              <w:spacing w:after="20"/>
            </w:pPr>
            <w:sdt>
              <w:sdtPr>
                <w:rPr>
                  <w:color w:val="C9D2CC"/>
                  <w:sz w:val="16"/>
                </w:rPr>
                <w:alias w:val="References - Email address 1"/>
                <w:tag w:val="References - Email address 1"/>
                <w:id w:val="700289"/>
                <w:showingPlcHdr/>
                <w:text/>
              </w:sdtPr>
              <w:sdtContent>
                <w:r>
                  <w:rPr>
                    <w:color w:val="C9D2CC"/>
                    <w:sz w:val="16"/>
                  </w:rPr>
                  <w:t xml:space="preserve">_____________________________</w:t>
                </w:r>
              </w:sdtContent>
            </w:sdt>
          </w:p>
        </w:tc>
        <w:tc>
          <w:tcPr>
            <w:tcW w:w="1800" w:type="dxa"/>
            <w:tcMar>
              <w:top w:w="70" w:type="dxa"/>
              <w:left w:w="85" w:type="dxa"/>
              <w:bottom w:w="70" w:type="dxa"/>
              <w:right w:w="85" w:type="dxa"/>
            </w:tcMar>
            <w:vAlign w:val="center"/>
          </w:tcPr>
          <w:p w14:paraId="780CA9BF" w14:textId="77777777" w:rsidR="003C1B6A" w:rsidRDefault="00B530F4">
            <w:pPr>
              <w:spacing w:after="20"/>
            </w:pPr>
            <w:sdt>
              <w:sdtPr>
                <w:rPr>
                  <w:color w:val="C9D2CC"/>
                  <w:sz w:val="16"/>
                </w:rPr>
                <w:alias w:val="References - Contact number 1"/>
                <w:tag w:val="References - Contact number 1"/>
                <w:id w:val="700290"/>
                <w:showingPlcHdr/>
                <w:text/>
              </w:sdtPr>
              <w:sdtContent>
                <w:r>
                  <w:rPr>
                    <w:color w:val="C9D2CC"/>
                    <w:sz w:val="16"/>
                  </w:rPr>
                  <w:t xml:space="preserve">__________________</w:t>
                </w:r>
              </w:sdtContent>
            </w:sdt>
          </w:p>
        </w:tc>
        <w:tc>
          <w:tcPr>
            <w:tcW w:w="1944" w:type="dxa"/>
            <w:tcMar>
              <w:top w:w="70" w:type="dxa"/>
              <w:left w:w="85" w:type="dxa"/>
              <w:bottom w:w="70" w:type="dxa"/>
              <w:right w:w="85" w:type="dxa"/>
            </w:tcMar>
            <w:vAlign w:val="center"/>
          </w:tcPr>
          <w:p w14:paraId="18D8EB57" w14:textId="77777777" w:rsidR="003C1B6A" w:rsidRDefault="00B530F4">
            <w:pPr>
              <w:spacing w:after="20"/>
            </w:pPr>
            <w:sdt>
              <w:sdtPr>
                <w:rPr>
                  <w:color w:val="C9D2CC"/>
                  <w:sz w:val="16"/>
                </w:rPr>
                <w:alias w:val="References - Relationship 1"/>
                <w:tag w:val="References - Relationship 1"/>
                <w:id w:val="700291"/>
                <w:showingPlcHdr/>
                <w:text/>
              </w:sdtPr>
              <w:sdtContent>
                <w:r>
                  <w:rPr>
                    <w:color w:val="C9D2CC"/>
                    <w:sz w:val="16"/>
                  </w:rPr>
                  <w:t xml:space="preserve">____________________</w:t>
                </w:r>
              </w:sdtContent>
            </w:sdt>
          </w:p>
        </w:tc>
      </w:tr>
      <w:tr w:rsidR="003C1B6A" w14:paraId="7D2F0429" w14:textId="77777777">
        <w:trPr>
          <w:jc w:val="center"/>
        </w:trPr>
        <w:tc>
          <w:tcPr>
            <w:tcW w:w="1728" w:type="dxa"/>
            <w:shd w:val="clear" w:color="auto" w:fill="F4F5F4"/>
            <w:tcMar>
              <w:top w:w="70" w:type="dxa"/>
              <w:left w:w="85" w:type="dxa"/>
              <w:bottom w:w="70" w:type="dxa"/>
              <w:right w:w="85" w:type="dxa"/>
            </w:tcMar>
            <w:vAlign w:val="center"/>
          </w:tcPr>
          <w:p w14:paraId="4599FD05" w14:textId="77777777" w:rsidR="003C1B6A" w:rsidRDefault="00B530F4">
            <w:pPr>
              <w:spacing w:after="20"/>
            </w:pPr>
            <w:sdt>
              <w:sdtPr>
                <w:rPr>
                  <w:color w:val="C9D2CC"/>
                  <w:sz w:val="16"/>
                </w:rPr>
                <w:alias w:val="References - Reference type 2"/>
                <w:tag w:val="References - Reference type 2"/>
                <w:id w:val="700292"/>
                <w:showingPlcHdr/>
                <w:text/>
              </w:sdtPr>
              <w:sdtContent>
                <w:r>
                  <w:rPr>
                    <w:color w:val="C9D2CC"/>
                    <w:sz w:val="16"/>
                  </w:rPr>
                  <w:t xml:space="preserve">_________________</w:t>
                </w:r>
              </w:sdtContent>
            </w:sdt>
          </w:p>
        </w:tc>
        <w:tc>
          <w:tcPr>
            <w:tcW w:w="1944" w:type="dxa"/>
            <w:shd w:val="clear" w:color="auto" w:fill="F4F5F4"/>
            <w:tcMar>
              <w:top w:w="70" w:type="dxa"/>
              <w:left w:w="85" w:type="dxa"/>
              <w:bottom w:w="70" w:type="dxa"/>
              <w:right w:w="85" w:type="dxa"/>
            </w:tcMar>
            <w:vAlign w:val="center"/>
          </w:tcPr>
          <w:p w14:paraId="3F8C8A00" w14:textId="77777777" w:rsidR="003C1B6A" w:rsidRDefault="00B530F4">
            <w:pPr>
              <w:spacing w:after="20"/>
            </w:pPr>
            <w:sdt>
              <w:sdtPr>
                <w:rPr>
                  <w:color w:val="C9D2CC"/>
                  <w:sz w:val="16"/>
                </w:rPr>
                <w:alias w:val="References - Referee name 2"/>
                <w:tag w:val="References - Referee name 2"/>
                <w:id w:val="700293"/>
                <w:showingPlcHdr/>
                <w:text/>
              </w:sdtPr>
              <w:sdtContent>
                <w:r>
                  <w:rPr>
                    <w:color w:val="C9D2CC"/>
                    <w:sz w:val="16"/>
                  </w:rPr>
                  <w:t xml:space="preserve">____________________</w:t>
                </w:r>
              </w:sdtContent>
            </w:sdt>
          </w:p>
        </w:tc>
        <w:tc>
          <w:tcPr>
            <w:tcW w:w="2664" w:type="dxa"/>
            <w:shd w:val="clear" w:color="auto" w:fill="F4F5F4"/>
            <w:tcMar>
              <w:top w:w="70" w:type="dxa"/>
              <w:left w:w="85" w:type="dxa"/>
              <w:bottom w:w="70" w:type="dxa"/>
              <w:right w:w="85" w:type="dxa"/>
            </w:tcMar>
            <w:vAlign w:val="center"/>
          </w:tcPr>
          <w:p w14:paraId="0D96EC08" w14:textId="77777777" w:rsidR="003C1B6A" w:rsidRDefault="00B530F4">
            <w:pPr>
              <w:spacing w:after="20"/>
            </w:pPr>
            <w:sdt>
              <w:sdtPr>
                <w:rPr>
                  <w:color w:val="C9D2CC"/>
                  <w:sz w:val="16"/>
                </w:rPr>
                <w:alias w:val="References - Email address 2"/>
                <w:tag w:val="References - Email address 2"/>
                <w:id w:val="700294"/>
                <w:showingPlcHdr/>
                <w:text/>
              </w:sdtPr>
              <w:sdtContent>
                <w:r>
                  <w:rPr>
                    <w:color w:val="C9D2CC"/>
                    <w:sz w:val="16"/>
                  </w:rPr>
                  <w:t xml:space="preserve">_____________________________</w:t>
                </w:r>
              </w:sdtContent>
            </w:sdt>
          </w:p>
        </w:tc>
        <w:tc>
          <w:tcPr>
            <w:tcW w:w="1800" w:type="dxa"/>
            <w:shd w:val="clear" w:color="auto" w:fill="F4F5F4"/>
            <w:tcMar>
              <w:top w:w="70" w:type="dxa"/>
              <w:left w:w="85" w:type="dxa"/>
              <w:bottom w:w="70" w:type="dxa"/>
              <w:right w:w="85" w:type="dxa"/>
            </w:tcMar>
            <w:vAlign w:val="center"/>
          </w:tcPr>
          <w:p w14:paraId="71E9B410" w14:textId="77777777" w:rsidR="003C1B6A" w:rsidRDefault="00B530F4">
            <w:pPr>
              <w:spacing w:after="20"/>
            </w:pPr>
            <w:sdt>
              <w:sdtPr>
                <w:rPr>
                  <w:color w:val="C9D2CC"/>
                  <w:sz w:val="16"/>
                </w:rPr>
                <w:alias w:val="References - Contact number 2"/>
                <w:tag w:val="References - Contact number 2"/>
                <w:id w:val="700295"/>
                <w:showingPlcHdr/>
                <w:text/>
              </w:sdtPr>
              <w:sdtContent>
                <w:r>
                  <w:rPr>
                    <w:color w:val="C9D2CC"/>
                    <w:sz w:val="16"/>
                  </w:rPr>
                  <w:t xml:space="preserve">__________________</w:t>
                </w:r>
              </w:sdtContent>
            </w:sdt>
          </w:p>
        </w:tc>
        <w:tc>
          <w:tcPr>
            <w:tcW w:w="1944" w:type="dxa"/>
            <w:shd w:val="clear" w:color="auto" w:fill="F4F5F4"/>
            <w:tcMar>
              <w:top w:w="70" w:type="dxa"/>
              <w:left w:w="85" w:type="dxa"/>
              <w:bottom w:w="70" w:type="dxa"/>
              <w:right w:w="85" w:type="dxa"/>
            </w:tcMar>
            <w:vAlign w:val="center"/>
          </w:tcPr>
          <w:p w14:paraId="2DADBCC1" w14:textId="77777777" w:rsidR="003C1B6A" w:rsidRDefault="00B530F4">
            <w:pPr>
              <w:spacing w:after="20"/>
            </w:pPr>
            <w:sdt>
              <w:sdtPr>
                <w:rPr>
                  <w:color w:val="C9D2CC"/>
                  <w:sz w:val="16"/>
                </w:rPr>
                <w:alias w:val="References - Relationship 2"/>
                <w:tag w:val="References - Relationship 2"/>
                <w:id w:val="700296"/>
                <w:showingPlcHdr/>
                <w:text/>
              </w:sdtPr>
              <w:sdtContent>
                <w:r>
                  <w:rPr>
                    <w:color w:val="C9D2CC"/>
                    <w:sz w:val="16"/>
                  </w:rPr>
                  <w:t xml:space="preserve">____________________</w:t>
                </w:r>
              </w:sdtContent>
            </w:sdt>
          </w:p>
        </w:tc>
      </w:tr>
      <w:tr w:rsidR="003C1B6A" w14:paraId="7E207B55" w14:textId="77777777">
        <w:trPr>
          <w:jc w:val="center"/>
        </w:trPr>
        <w:tc>
          <w:tcPr>
            <w:tcW w:w="1728" w:type="dxa"/>
            <w:tcMar>
              <w:top w:w="70" w:type="dxa"/>
              <w:left w:w="85" w:type="dxa"/>
              <w:bottom w:w="70" w:type="dxa"/>
              <w:right w:w="85" w:type="dxa"/>
            </w:tcMar>
            <w:vAlign w:val="center"/>
          </w:tcPr>
          <w:p w14:paraId="0FBFA71D" w14:textId="77777777" w:rsidR="003C1B6A" w:rsidRDefault="00B530F4">
            <w:pPr>
              <w:spacing w:after="20"/>
            </w:pPr>
            <w:sdt>
              <w:sdtPr>
                <w:rPr>
                  <w:color w:val="C9D2CC"/>
                  <w:sz w:val="16"/>
                </w:rPr>
                <w:alias w:val="References - Reference type 3"/>
                <w:tag w:val="References - Reference type 3"/>
                <w:id w:val="700297"/>
                <w:showingPlcHdr/>
                <w:text/>
              </w:sdtPr>
              <w:sdtContent>
                <w:r>
                  <w:rPr>
                    <w:color w:val="C9D2CC"/>
                    <w:sz w:val="16"/>
                  </w:rPr>
                  <w:t xml:space="preserve">_________________</w:t>
                </w:r>
              </w:sdtContent>
            </w:sdt>
          </w:p>
        </w:tc>
        <w:tc>
          <w:tcPr>
            <w:tcW w:w="1944" w:type="dxa"/>
            <w:tcMar>
              <w:top w:w="70" w:type="dxa"/>
              <w:left w:w="85" w:type="dxa"/>
              <w:bottom w:w="70" w:type="dxa"/>
              <w:right w:w="85" w:type="dxa"/>
            </w:tcMar>
            <w:vAlign w:val="center"/>
          </w:tcPr>
          <w:p w14:paraId="467AADB8" w14:textId="77777777" w:rsidR="003C1B6A" w:rsidRDefault="00B530F4">
            <w:pPr>
              <w:spacing w:after="20"/>
            </w:pPr>
            <w:sdt>
              <w:sdtPr>
                <w:rPr>
                  <w:color w:val="C9D2CC"/>
                  <w:sz w:val="16"/>
                </w:rPr>
                <w:alias w:val="References - Referee name 3"/>
                <w:tag w:val="References - Referee name 3"/>
                <w:id w:val="700298"/>
                <w:showingPlcHdr/>
                <w:text/>
              </w:sdtPr>
              <w:sdtContent>
                <w:r>
                  <w:rPr>
                    <w:color w:val="C9D2CC"/>
                    <w:sz w:val="16"/>
                  </w:rPr>
                  <w:t xml:space="preserve">____________________</w:t>
                </w:r>
              </w:sdtContent>
            </w:sdt>
          </w:p>
        </w:tc>
        <w:tc>
          <w:tcPr>
            <w:tcW w:w="2664" w:type="dxa"/>
            <w:tcMar>
              <w:top w:w="70" w:type="dxa"/>
              <w:left w:w="85" w:type="dxa"/>
              <w:bottom w:w="70" w:type="dxa"/>
              <w:right w:w="85" w:type="dxa"/>
            </w:tcMar>
            <w:vAlign w:val="center"/>
          </w:tcPr>
          <w:p w14:paraId="6B674FCC" w14:textId="77777777" w:rsidR="003C1B6A" w:rsidRDefault="00B530F4">
            <w:pPr>
              <w:spacing w:after="20"/>
            </w:pPr>
            <w:sdt>
              <w:sdtPr>
                <w:rPr>
                  <w:color w:val="C9D2CC"/>
                  <w:sz w:val="16"/>
                </w:rPr>
                <w:alias w:val="References - Email address 3"/>
                <w:tag w:val="References - Email address 3"/>
                <w:id w:val="700299"/>
                <w:showingPlcHdr/>
                <w:text/>
              </w:sdtPr>
              <w:sdtContent>
                <w:r>
                  <w:rPr>
                    <w:color w:val="C9D2CC"/>
                    <w:sz w:val="16"/>
                  </w:rPr>
                  <w:t xml:space="preserve">_____________________________</w:t>
                </w:r>
              </w:sdtContent>
            </w:sdt>
          </w:p>
        </w:tc>
        <w:tc>
          <w:tcPr>
            <w:tcW w:w="1800" w:type="dxa"/>
            <w:tcMar>
              <w:top w:w="70" w:type="dxa"/>
              <w:left w:w="85" w:type="dxa"/>
              <w:bottom w:w="70" w:type="dxa"/>
              <w:right w:w="85" w:type="dxa"/>
            </w:tcMar>
            <w:vAlign w:val="center"/>
          </w:tcPr>
          <w:p w14:paraId="756D2AC9" w14:textId="77777777" w:rsidR="003C1B6A" w:rsidRDefault="00B530F4">
            <w:pPr>
              <w:spacing w:after="20"/>
            </w:pPr>
            <w:sdt>
              <w:sdtPr>
                <w:rPr>
                  <w:color w:val="C9D2CC"/>
                  <w:sz w:val="16"/>
                </w:rPr>
                <w:alias w:val="References - Contact number 3"/>
                <w:tag w:val="References - Contact number 3"/>
                <w:id w:val="700300"/>
                <w:showingPlcHdr/>
                <w:text/>
              </w:sdtPr>
              <w:sdtContent>
                <w:r>
                  <w:rPr>
                    <w:color w:val="C9D2CC"/>
                    <w:sz w:val="16"/>
                  </w:rPr>
                  <w:t xml:space="preserve">__________________</w:t>
                </w:r>
              </w:sdtContent>
            </w:sdt>
          </w:p>
        </w:tc>
        <w:tc>
          <w:tcPr>
            <w:tcW w:w="1944" w:type="dxa"/>
            <w:tcMar>
              <w:top w:w="70" w:type="dxa"/>
              <w:left w:w="85" w:type="dxa"/>
              <w:bottom w:w="70" w:type="dxa"/>
              <w:right w:w="85" w:type="dxa"/>
            </w:tcMar>
            <w:vAlign w:val="center"/>
          </w:tcPr>
          <w:p w14:paraId="780F4D96" w14:textId="77777777" w:rsidR="003C1B6A" w:rsidRDefault="00B530F4">
            <w:pPr>
              <w:spacing w:after="20"/>
            </w:pPr>
            <w:sdt>
              <w:sdtPr>
                <w:rPr>
                  <w:color w:val="C9D2CC"/>
                  <w:sz w:val="16"/>
                </w:rPr>
                <w:alias w:val="References - Relationship 3"/>
                <w:tag w:val="References - Relationship 3"/>
                <w:id w:val="700301"/>
                <w:showingPlcHdr/>
                <w:text/>
              </w:sdtPr>
              <w:sdtContent>
                <w:r>
                  <w:rPr>
                    <w:color w:val="C9D2CC"/>
                    <w:sz w:val="16"/>
                  </w:rPr>
                  <w:t xml:space="preserve">____________________</w:t>
                </w:r>
              </w:sdtContent>
            </w:sdt>
          </w:p>
        </w:tc>
      </w:tr>
      <w:tr w:rsidR="003C1B6A" w14:paraId="27C49EA9" w14:textId="77777777">
        <w:trPr>
          <w:jc w:val="center"/>
        </w:trPr>
        <w:tc>
          <w:tcPr>
            <w:tcW w:w="1728" w:type="dxa"/>
            <w:shd w:val="clear" w:color="auto" w:fill="F4F5F4"/>
            <w:tcMar>
              <w:top w:w="70" w:type="dxa"/>
              <w:left w:w="85" w:type="dxa"/>
              <w:bottom w:w="70" w:type="dxa"/>
              <w:right w:w="85" w:type="dxa"/>
            </w:tcMar>
            <w:vAlign w:val="center"/>
          </w:tcPr>
          <w:p w14:paraId="3F287838" w14:textId="77777777" w:rsidR="003C1B6A" w:rsidRDefault="00B530F4">
            <w:pPr>
              <w:spacing w:after="20"/>
            </w:pPr>
            <w:sdt>
              <w:sdtPr>
                <w:rPr>
                  <w:color w:val="C9D2CC"/>
                  <w:sz w:val="16"/>
                </w:rPr>
                <w:alias w:val="References - Reference type 4"/>
                <w:tag w:val="References - Reference type 4"/>
                <w:id w:val="700302"/>
                <w:showingPlcHdr/>
                <w:text/>
              </w:sdtPr>
              <w:sdtContent>
                <w:r>
                  <w:rPr>
                    <w:color w:val="C9D2CC"/>
                    <w:sz w:val="16"/>
                  </w:rPr>
                  <w:t xml:space="preserve">_________________</w:t>
                </w:r>
              </w:sdtContent>
            </w:sdt>
          </w:p>
        </w:tc>
        <w:tc>
          <w:tcPr>
            <w:tcW w:w="1944" w:type="dxa"/>
            <w:shd w:val="clear" w:color="auto" w:fill="F4F5F4"/>
            <w:tcMar>
              <w:top w:w="70" w:type="dxa"/>
              <w:left w:w="85" w:type="dxa"/>
              <w:bottom w:w="70" w:type="dxa"/>
              <w:right w:w="85" w:type="dxa"/>
            </w:tcMar>
            <w:vAlign w:val="center"/>
          </w:tcPr>
          <w:p w14:paraId="0E98DE6E" w14:textId="77777777" w:rsidR="003C1B6A" w:rsidRDefault="00B530F4">
            <w:pPr>
              <w:spacing w:after="20"/>
            </w:pPr>
            <w:sdt>
              <w:sdtPr>
                <w:rPr>
                  <w:color w:val="C9D2CC"/>
                  <w:sz w:val="16"/>
                </w:rPr>
                <w:alias w:val="References - Referee name 4"/>
                <w:tag w:val="References - Referee name 4"/>
                <w:id w:val="700303"/>
                <w:showingPlcHdr/>
                <w:text/>
              </w:sdtPr>
              <w:sdtContent>
                <w:r>
                  <w:rPr>
                    <w:color w:val="C9D2CC"/>
                    <w:sz w:val="16"/>
                  </w:rPr>
                  <w:t xml:space="preserve">____________________</w:t>
                </w:r>
              </w:sdtContent>
            </w:sdt>
          </w:p>
        </w:tc>
        <w:tc>
          <w:tcPr>
            <w:tcW w:w="2664" w:type="dxa"/>
            <w:shd w:val="clear" w:color="auto" w:fill="F4F5F4"/>
            <w:tcMar>
              <w:top w:w="70" w:type="dxa"/>
              <w:left w:w="85" w:type="dxa"/>
              <w:bottom w:w="70" w:type="dxa"/>
              <w:right w:w="85" w:type="dxa"/>
            </w:tcMar>
            <w:vAlign w:val="center"/>
          </w:tcPr>
          <w:p w14:paraId="1999CC86" w14:textId="77777777" w:rsidR="003C1B6A" w:rsidRDefault="00B530F4">
            <w:pPr>
              <w:spacing w:after="20"/>
            </w:pPr>
            <w:sdt>
              <w:sdtPr>
                <w:rPr>
                  <w:color w:val="C9D2CC"/>
                  <w:sz w:val="16"/>
                </w:rPr>
                <w:alias w:val="References - Email address 4"/>
                <w:tag w:val="References - Email address 4"/>
                <w:id w:val="700304"/>
                <w:showingPlcHdr/>
                <w:text/>
              </w:sdtPr>
              <w:sdtContent>
                <w:r>
                  <w:rPr>
                    <w:color w:val="C9D2CC"/>
                    <w:sz w:val="16"/>
                  </w:rPr>
                  <w:t xml:space="preserve">_____________________________</w:t>
                </w:r>
              </w:sdtContent>
            </w:sdt>
          </w:p>
        </w:tc>
        <w:tc>
          <w:tcPr>
            <w:tcW w:w="1800" w:type="dxa"/>
            <w:shd w:val="clear" w:color="auto" w:fill="F4F5F4"/>
            <w:tcMar>
              <w:top w:w="70" w:type="dxa"/>
              <w:left w:w="85" w:type="dxa"/>
              <w:bottom w:w="70" w:type="dxa"/>
              <w:right w:w="85" w:type="dxa"/>
            </w:tcMar>
            <w:vAlign w:val="center"/>
          </w:tcPr>
          <w:p w14:paraId="3C47EAC0" w14:textId="77777777" w:rsidR="003C1B6A" w:rsidRDefault="00B530F4">
            <w:pPr>
              <w:spacing w:after="20"/>
            </w:pPr>
            <w:sdt>
              <w:sdtPr>
                <w:rPr>
                  <w:color w:val="C9D2CC"/>
                  <w:sz w:val="16"/>
                </w:rPr>
                <w:alias w:val="References - Contact number 4"/>
                <w:tag w:val="References - Contact number 4"/>
                <w:id w:val="700305"/>
                <w:showingPlcHdr/>
                <w:text/>
              </w:sdtPr>
              <w:sdtContent>
                <w:r>
                  <w:rPr>
                    <w:color w:val="C9D2CC"/>
                    <w:sz w:val="16"/>
                  </w:rPr>
                  <w:t xml:space="preserve">__________________</w:t>
                </w:r>
              </w:sdtContent>
            </w:sdt>
          </w:p>
        </w:tc>
        <w:tc>
          <w:tcPr>
            <w:tcW w:w="1944" w:type="dxa"/>
            <w:shd w:val="clear" w:color="auto" w:fill="F4F5F4"/>
            <w:tcMar>
              <w:top w:w="70" w:type="dxa"/>
              <w:left w:w="85" w:type="dxa"/>
              <w:bottom w:w="70" w:type="dxa"/>
              <w:right w:w="85" w:type="dxa"/>
            </w:tcMar>
            <w:vAlign w:val="center"/>
          </w:tcPr>
          <w:p w14:paraId="2E0598D3" w14:textId="77777777" w:rsidR="003C1B6A" w:rsidRDefault="00B530F4">
            <w:pPr>
              <w:spacing w:after="20"/>
            </w:pPr>
            <w:sdt>
              <w:sdtPr>
                <w:rPr>
                  <w:color w:val="C9D2CC"/>
                  <w:sz w:val="16"/>
                </w:rPr>
                <w:alias w:val="References - Relationship 4"/>
                <w:tag w:val="References - Relationship 4"/>
                <w:id w:val="700306"/>
                <w:showingPlcHdr/>
                <w:text/>
              </w:sdtPr>
              <w:sdtContent>
                <w:r>
                  <w:rPr>
                    <w:color w:val="C9D2CC"/>
                    <w:sz w:val="16"/>
                  </w:rPr>
                  <w:t xml:space="preserve">____________________</w:t>
                </w:r>
              </w:sdtContent>
            </w:sdt>
          </w:p>
        </w:tc>
      </w:tr>
      <w:tr w:rsidR="003C1B6A" w14:paraId="0999FFCB" w14:textId="77777777">
        <w:trPr>
          <w:jc w:val="center"/>
        </w:trPr>
        <w:tc>
          <w:tcPr>
            <w:tcW w:w="1728" w:type="dxa"/>
            <w:tcMar>
              <w:top w:w="70" w:type="dxa"/>
              <w:left w:w="85" w:type="dxa"/>
              <w:bottom w:w="70" w:type="dxa"/>
              <w:right w:w="85" w:type="dxa"/>
            </w:tcMar>
            <w:vAlign w:val="center"/>
          </w:tcPr>
          <w:p w14:paraId="3D07823A" w14:textId="77777777" w:rsidR="003C1B6A" w:rsidRDefault="00B530F4">
            <w:pPr>
              <w:spacing w:after="20"/>
            </w:pPr>
            <w:sdt>
              <w:sdtPr>
                <w:rPr>
                  <w:color w:val="C9D2CC"/>
                  <w:sz w:val="16"/>
                </w:rPr>
                <w:alias w:val="References - Reference type 5"/>
                <w:tag w:val="References - Reference type 5"/>
                <w:id w:val="700307"/>
                <w:showingPlcHdr/>
                <w:text/>
              </w:sdtPr>
              <w:sdtContent>
                <w:r>
                  <w:rPr>
                    <w:color w:val="C9D2CC"/>
                    <w:sz w:val="16"/>
                  </w:rPr>
                  <w:t xml:space="preserve">_________________</w:t>
                </w:r>
              </w:sdtContent>
            </w:sdt>
          </w:p>
        </w:tc>
        <w:tc>
          <w:tcPr>
            <w:tcW w:w="1944" w:type="dxa"/>
            <w:tcMar>
              <w:top w:w="70" w:type="dxa"/>
              <w:left w:w="85" w:type="dxa"/>
              <w:bottom w:w="70" w:type="dxa"/>
              <w:right w:w="85" w:type="dxa"/>
            </w:tcMar>
            <w:vAlign w:val="center"/>
          </w:tcPr>
          <w:p w14:paraId="641BB3D3" w14:textId="77777777" w:rsidR="003C1B6A" w:rsidRDefault="00B530F4">
            <w:pPr>
              <w:spacing w:after="20"/>
            </w:pPr>
            <w:sdt>
              <w:sdtPr>
                <w:rPr>
                  <w:color w:val="C9D2CC"/>
                  <w:sz w:val="16"/>
                </w:rPr>
                <w:alias w:val="References - Referee name 5"/>
                <w:tag w:val="References - Referee name 5"/>
                <w:id w:val="700308"/>
                <w:showingPlcHdr/>
                <w:text/>
              </w:sdtPr>
              <w:sdtContent>
                <w:r>
                  <w:rPr>
                    <w:color w:val="C9D2CC"/>
                    <w:sz w:val="16"/>
                  </w:rPr>
                  <w:t xml:space="preserve">____________________</w:t>
                </w:r>
              </w:sdtContent>
            </w:sdt>
          </w:p>
        </w:tc>
        <w:tc>
          <w:tcPr>
            <w:tcW w:w="2664" w:type="dxa"/>
            <w:tcMar>
              <w:top w:w="70" w:type="dxa"/>
              <w:left w:w="85" w:type="dxa"/>
              <w:bottom w:w="70" w:type="dxa"/>
              <w:right w:w="85" w:type="dxa"/>
            </w:tcMar>
            <w:vAlign w:val="center"/>
          </w:tcPr>
          <w:p w14:paraId="15CE8DCE" w14:textId="77777777" w:rsidR="003C1B6A" w:rsidRDefault="00B530F4">
            <w:pPr>
              <w:spacing w:after="20"/>
            </w:pPr>
            <w:sdt>
              <w:sdtPr>
                <w:rPr>
                  <w:color w:val="C9D2CC"/>
                  <w:sz w:val="16"/>
                </w:rPr>
                <w:alias w:val="References - Email address 5"/>
                <w:tag w:val="References - Email address 5"/>
                <w:id w:val="700309"/>
                <w:showingPlcHdr/>
                <w:text/>
              </w:sdtPr>
              <w:sdtContent>
                <w:r>
                  <w:rPr>
                    <w:color w:val="C9D2CC"/>
                    <w:sz w:val="16"/>
                  </w:rPr>
                  <w:t xml:space="preserve">_____________________________</w:t>
                </w:r>
              </w:sdtContent>
            </w:sdt>
          </w:p>
        </w:tc>
        <w:tc>
          <w:tcPr>
            <w:tcW w:w="1800" w:type="dxa"/>
            <w:tcMar>
              <w:top w:w="70" w:type="dxa"/>
              <w:left w:w="85" w:type="dxa"/>
              <w:bottom w:w="70" w:type="dxa"/>
              <w:right w:w="85" w:type="dxa"/>
            </w:tcMar>
            <w:vAlign w:val="center"/>
          </w:tcPr>
          <w:p w14:paraId="3022DDBF" w14:textId="77777777" w:rsidR="003C1B6A" w:rsidRDefault="00B530F4">
            <w:pPr>
              <w:spacing w:after="20"/>
            </w:pPr>
            <w:sdt>
              <w:sdtPr>
                <w:rPr>
                  <w:color w:val="C9D2CC"/>
                  <w:sz w:val="16"/>
                </w:rPr>
                <w:alias w:val="References - Contact number 5"/>
                <w:tag w:val="References - Contact number 5"/>
                <w:id w:val="700310"/>
                <w:showingPlcHdr/>
                <w:text/>
              </w:sdtPr>
              <w:sdtContent>
                <w:r>
                  <w:rPr>
                    <w:color w:val="C9D2CC"/>
                    <w:sz w:val="16"/>
                  </w:rPr>
                  <w:t xml:space="preserve">__________________</w:t>
                </w:r>
              </w:sdtContent>
            </w:sdt>
          </w:p>
        </w:tc>
        <w:tc>
          <w:tcPr>
            <w:tcW w:w="1944" w:type="dxa"/>
            <w:tcMar>
              <w:top w:w="70" w:type="dxa"/>
              <w:left w:w="85" w:type="dxa"/>
              <w:bottom w:w="70" w:type="dxa"/>
              <w:right w:w="85" w:type="dxa"/>
            </w:tcMar>
            <w:vAlign w:val="center"/>
          </w:tcPr>
          <w:p w14:paraId="44A1ADEC" w14:textId="77777777" w:rsidR="003C1B6A" w:rsidRDefault="00B530F4">
            <w:pPr>
              <w:spacing w:after="20"/>
            </w:pPr>
            <w:sdt>
              <w:sdtPr>
                <w:rPr>
                  <w:color w:val="C9D2CC"/>
                  <w:sz w:val="16"/>
                </w:rPr>
                <w:alias w:val="References - Relationship 5"/>
                <w:tag w:val="References - Relationship 5"/>
                <w:id w:val="700311"/>
                <w:showingPlcHdr/>
                <w:text/>
              </w:sdtPr>
              <w:sdtContent>
                <w:r>
                  <w:rPr>
                    <w:color w:val="C9D2CC"/>
                    <w:sz w:val="16"/>
                  </w:rPr>
                  <w:t xml:space="preserve">____________________</w:t>
                </w:r>
              </w:sdtContent>
            </w:sdt>
          </w:p>
        </w:tc>
      </w:tr>
      <w:tr w:rsidR="003C1B6A" w14:paraId="5AD94434" w14:textId="77777777">
        <w:trPr>
          <w:jc w:val="center"/>
        </w:trPr>
        <w:tc>
          <w:tcPr>
            <w:tcW w:w="1728" w:type="dxa"/>
            <w:shd w:val="clear" w:color="auto" w:fill="F4F5F4"/>
            <w:tcMar>
              <w:top w:w="70" w:type="dxa"/>
              <w:left w:w="85" w:type="dxa"/>
              <w:bottom w:w="70" w:type="dxa"/>
              <w:right w:w="85" w:type="dxa"/>
            </w:tcMar>
            <w:vAlign w:val="center"/>
          </w:tcPr>
          <w:p w14:paraId="73F6C60A" w14:textId="77777777" w:rsidR="003C1B6A" w:rsidRDefault="00B530F4">
            <w:pPr>
              <w:spacing w:after="20"/>
            </w:pPr>
            <w:sdt>
              <w:sdtPr>
                <w:rPr>
                  <w:color w:val="C9D2CC"/>
                  <w:sz w:val="16"/>
                </w:rPr>
                <w:alias w:val="References - Reference type 6"/>
                <w:tag w:val="References - Reference type 6"/>
                <w:id w:val="700312"/>
                <w:showingPlcHdr/>
                <w:text/>
              </w:sdtPr>
              <w:sdtContent>
                <w:r>
                  <w:rPr>
                    <w:color w:val="C9D2CC"/>
                    <w:sz w:val="16"/>
                  </w:rPr>
                  <w:t xml:space="preserve">_________________</w:t>
                </w:r>
              </w:sdtContent>
            </w:sdt>
          </w:p>
        </w:tc>
        <w:tc>
          <w:tcPr>
            <w:tcW w:w="1944" w:type="dxa"/>
            <w:shd w:val="clear" w:color="auto" w:fill="F4F5F4"/>
            <w:tcMar>
              <w:top w:w="70" w:type="dxa"/>
              <w:left w:w="85" w:type="dxa"/>
              <w:bottom w:w="70" w:type="dxa"/>
              <w:right w:w="85" w:type="dxa"/>
            </w:tcMar>
            <w:vAlign w:val="center"/>
          </w:tcPr>
          <w:p w14:paraId="5D186FC8" w14:textId="77777777" w:rsidR="003C1B6A" w:rsidRDefault="00B530F4">
            <w:pPr>
              <w:spacing w:after="20"/>
            </w:pPr>
            <w:sdt>
              <w:sdtPr>
                <w:rPr>
                  <w:color w:val="C9D2CC"/>
                  <w:sz w:val="16"/>
                </w:rPr>
                <w:alias w:val="References - Referee name 6"/>
                <w:tag w:val="References - Referee name 6"/>
                <w:id w:val="700313"/>
                <w:showingPlcHdr/>
                <w:text/>
              </w:sdtPr>
              <w:sdtContent>
                <w:r>
                  <w:rPr>
                    <w:color w:val="C9D2CC"/>
                    <w:sz w:val="16"/>
                  </w:rPr>
                  <w:t xml:space="preserve">____________________</w:t>
                </w:r>
              </w:sdtContent>
            </w:sdt>
          </w:p>
        </w:tc>
        <w:tc>
          <w:tcPr>
            <w:tcW w:w="2664" w:type="dxa"/>
            <w:shd w:val="clear" w:color="auto" w:fill="F4F5F4"/>
            <w:tcMar>
              <w:top w:w="70" w:type="dxa"/>
              <w:left w:w="85" w:type="dxa"/>
              <w:bottom w:w="70" w:type="dxa"/>
              <w:right w:w="85" w:type="dxa"/>
            </w:tcMar>
            <w:vAlign w:val="center"/>
          </w:tcPr>
          <w:p w14:paraId="0D853921" w14:textId="77777777" w:rsidR="003C1B6A" w:rsidRDefault="00B530F4">
            <w:pPr>
              <w:spacing w:after="20"/>
            </w:pPr>
            <w:sdt>
              <w:sdtPr>
                <w:rPr>
                  <w:color w:val="C9D2CC"/>
                  <w:sz w:val="16"/>
                </w:rPr>
                <w:alias w:val="References - Email address 6"/>
                <w:tag w:val="References - Email address 6"/>
                <w:id w:val="700314"/>
                <w:showingPlcHdr/>
                <w:text/>
              </w:sdtPr>
              <w:sdtContent>
                <w:r>
                  <w:rPr>
                    <w:color w:val="C9D2CC"/>
                    <w:sz w:val="16"/>
                  </w:rPr>
                  <w:t xml:space="preserve">_____________________________</w:t>
                </w:r>
              </w:sdtContent>
            </w:sdt>
          </w:p>
        </w:tc>
        <w:tc>
          <w:tcPr>
            <w:tcW w:w="1800" w:type="dxa"/>
            <w:shd w:val="clear" w:color="auto" w:fill="F4F5F4"/>
            <w:tcMar>
              <w:top w:w="70" w:type="dxa"/>
              <w:left w:w="85" w:type="dxa"/>
              <w:bottom w:w="70" w:type="dxa"/>
              <w:right w:w="85" w:type="dxa"/>
            </w:tcMar>
            <w:vAlign w:val="center"/>
          </w:tcPr>
          <w:p w14:paraId="4AED68ED" w14:textId="77777777" w:rsidR="003C1B6A" w:rsidRDefault="00B530F4">
            <w:pPr>
              <w:spacing w:after="20"/>
            </w:pPr>
            <w:sdt>
              <w:sdtPr>
                <w:rPr>
                  <w:color w:val="C9D2CC"/>
                  <w:sz w:val="16"/>
                </w:rPr>
                <w:alias w:val="References - Contact number 6"/>
                <w:tag w:val="References - Contact number 6"/>
                <w:id w:val="700315"/>
                <w:showingPlcHdr/>
                <w:text/>
              </w:sdtPr>
              <w:sdtContent>
                <w:r>
                  <w:rPr>
                    <w:color w:val="C9D2CC"/>
                    <w:sz w:val="16"/>
                  </w:rPr>
                  <w:t xml:space="preserve">__________________</w:t>
                </w:r>
              </w:sdtContent>
            </w:sdt>
          </w:p>
        </w:tc>
        <w:tc>
          <w:tcPr>
            <w:tcW w:w="1944" w:type="dxa"/>
            <w:shd w:val="clear" w:color="auto" w:fill="F4F5F4"/>
            <w:tcMar>
              <w:top w:w="70" w:type="dxa"/>
              <w:left w:w="85" w:type="dxa"/>
              <w:bottom w:w="70" w:type="dxa"/>
              <w:right w:w="85" w:type="dxa"/>
            </w:tcMar>
            <w:vAlign w:val="center"/>
          </w:tcPr>
          <w:p w14:paraId="10DF1FF2" w14:textId="77777777" w:rsidR="003C1B6A" w:rsidRDefault="00B530F4">
            <w:pPr>
              <w:spacing w:after="20"/>
            </w:pPr>
            <w:sdt>
              <w:sdtPr>
                <w:rPr>
                  <w:color w:val="C9D2CC"/>
                  <w:sz w:val="16"/>
                </w:rPr>
                <w:alias w:val="References - Relationship 6"/>
                <w:tag w:val="References - Relationship 6"/>
                <w:id w:val="700316"/>
                <w:showingPlcHdr/>
                <w:text/>
              </w:sdtPr>
              <w:sdtContent>
                <w:r>
                  <w:rPr>
                    <w:color w:val="C9D2CC"/>
                    <w:sz w:val="16"/>
                  </w:rPr>
                  <w:t xml:space="preserve">____________________</w:t>
                </w:r>
              </w:sdtContent>
            </w:sdt>
          </w:p>
        </w:tc>
      </w:tr>
    </w:tbl>
    <w:p w14:paraId="5C1A6F0F" w14:textId="77777777" w:rsidR="003C1B6A" w:rsidRDefault="00B530F4">
      <w:pPr>
        <w:spacing w:after="40"/>
      </w:pPr>
      <w:sdt>
        <w:sdtPr>
          <w:alias w:val="References - I consent to Pure Hearts Support Services Ltd contacting the referees listed for recruitment and employment verification"/>
          <w:tag w:val="References - I consent to Pure Hearts Support Services Ltd contacting the referees listed for recruitment and employment verification"/>
          <w:id w:val="70016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consent to Pure Hearts Support Services Ltd contacting the referees listed for recruitment and employment verification.</w:t>
      </w:r>
    </w:p>
    <w:p w14:paraId="7D236910" w14:textId="77777777" w:rsidR="003C1B6A" w:rsidRDefault="00B530F4">
      <w:pPr>
        <w:pStyle w:val="Heading1"/>
        <w:pBdr>
          <w:bottom w:val="single" w:sz="5" w:space="2" w:color="F4C4CC"/>
        </w:pBdr>
      </w:pPr>
      <w:r>
        <w:rPr>
          <w:color w:val="526B61"/>
        </w:rPr>
        <w:t>10. DBS AND SAFER RECRUITMENT</w:t>
      </w:r>
    </w:p>
    <w:p w14:paraId="52828A1D" w14:textId="77777777" w:rsidR="003C1B6A" w:rsidRDefault="00B530F4">
      <w:pPr>
        <w:spacing w:after="40"/>
      </w:pPr>
      <w:sdt>
        <w:sdtPr>
          <w:alias w:val="DBS and safer recruitment - I currently hold a DBS certificate"/>
          <w:tag w:val="DBS and safer recruitment - I currently hold a DBS certificate"/>
          <w:id w:val="70016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currently hold a DBS certificate:  </w:t>
      </w:r>
      <w:sdt>
        <w:sdtPr>
          <w:alias w:val="DBS and safer recruitment - I currently hold a DBS certificate: Yes"/>
          <w:tag w:val="DBS and safer recruitment - I currently hold a DBS certificate: Yes"/>
          <w:id w:val="70016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Yes  </w:t>
      </w:r>
      <w:sdt>
        <w:sdtPr>
          <w:alias w:val="DBS and safer recruitment - I currently hold a DBS certificate: No"/>
          <w:tag w:val="DBS and safer recruitment - I currently hold a DBS certificate: No"/>
          <w:id w:val="70016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No</w:t>
      </w:r>
    </w:p>
    <w:tbl>
      <w:tblPr>
        <w:tblStyle w:val="TableGrid"/>
        <w:tblW w:w="0" w:type="auto"/>
        <w:jc w:val="center"/>
        <w:tblLook w:val="04A0" w:firstRow="1" w:lastRow="0" w:firstColumn="1" w:lastColumn="0" w:noHBand="0" w:noVBand="1"/>
      </w:tblPr>
      <w:tblGrid>
        <w:gridCol w:w="5179"/>
        <w:gridCol w:w="5179"/>
      </w:tblGrid>
      <w:tr w:rsidR="003C1B6A" w14:paraId="1D682022" w14:textId="77777777">
        <w:trPr>
          <w:jc w:val="center"/>
        </w:trPr>
        <w:tc>
          <w:tcPr>
            <w:tcW w:w="5184" w:type="dxa"/>
            <w:shd w:val="clear" w:color="auto" w:fill="EEF2EF"/>
            <w:tcMar>
              <w:top w:w="90" w:type="dxa"/>
              <w:left w:w="85" w:type="dxa"/>
              <w:bottom w:w="90" w:type="dxa"/>
              <w:right w:w="85" w:type="dxa"/>
            </w:tcMar>
          </w:tcPr>
          <w:p w14:paraId="74F96BC0" w14:textId="77777777" w:rsidR="003C1B6A" w:rsidRDefault="00B530F4">
            <w:pPr>
              <w:spacing w:after="140"/>
            </w:pPr>
            <w:r>
              <w:rPr>
                <w:b/>
                <w:sz w:val="17"/>
              </w:rPr>
              <w:t>DBS certificate type (if applicable)</w:t>
            </w:r>
          </w:p>
          <w:p w14:paraId="1FA79033" w14:textId="77777777" w:rsidR="003C1B6A" w:rsidRDefault="00B530F4">
            <w:pPr>
              <w:spacing w:after="0"/>
            </w:pPr>
            <w:sdt>
              <w:sdtPr>
                <w:rPr>
                  <w:color w:val="A0AAA4"/>
                  <w:sz w:val="16"/>
                </w:rPr>
                <w:alias w:val="DBS and safer recruitment - DBS certificate type (if applicable)"/>
                <w:tag w:val="DBS and safer recruitment - DBS certificate type (if applicable)"/>
                <w:id w:val="700170"/>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7A53BA48" w14:textId="77777777" w:rsidR="003C1B6A" w:rsidRDefault="00B530F4">
            <w:pPr>
              <w:spacing w:after="140"/>
            </w:pPr>
            <w:r>
              <w:rPr>
                <w:b/>
                <w:sz w:val="17"/>
              </w:rPr>
              <w:t>Date of issue (if applicable)</w:t>
            </w:r>
          </w:p>
          <w:p w14:paraId="791E607A" w14:textId="77777777" w:rsidR="003C1B6A" w:rsidRDefault="00B530F4">
            <w:pPr>
              <w:spacing w:after="0"/>
            </w:pPr>
            <w:sdt>
              <w:sdtPr>
                <w:rPr>
                  <w:color w:val="A0AAA4"/>
                  <w:sz w:val="16"/>
                </w:rPr>
                <w:alias w:val="DBS and safer recruitment - Date of issue (if applicable)"/>
                <w:tag w:val="DBS and safer recruitment - Date of issue (if applicable)"/>
                <w:id w:val="700171"/>
                <w:showingPlcHdr/>
                <w:text/>
              </w:sdtPr>
              <w:sdtContent>
                <w:r>
                  <w:rPr>
                    <w:color w:val="A0AAA4"/>
                    <w:sz w:val="16"/>
                  </w:rPr>
                  <w:t xml:space="preserve">_________________________________________________________</w:t>
                </w:r>
              </w:sdtContent>
            </w:sdt>
          </w:p>
        </w:tc>
      </w:tr>
      <w:tr w:rsidR="003C1B6A" w14:paraId="7F8652D9" w14:textId="77777777">
        <w:trPr>
          <w:jc w:val="center"/>
        </w:trPr>
        <w:tc>
          <w:tcPr>
            <w:tcW w:w="5184" w:type="dxa"/>
            <w:shd w:val="clear" w:color="auto" w:fill="FFFFFF"/>
            <w:tcMar>
              <w:top w:w="90" w:type="dxa"/>
              <w:left w:w="85" w:type="dxa"/>
              <w:bottom w:w="90" w:type="dxa"/>
              <w:right w:w="85" w:type="dxa"/>
            </w:tcMar>
          </w:tcPr>
          <w:p w14:paraId="3EA57CE9" w14:textId="77777777" w:rsidR="003C1B6A" w:rsidRDefault="00B530F4">
            <w:pPr>
              <w:spacing w:after="140"/>
            </w:pPr>
            <w:r>
              <w:rPr>
                <w:b/>
                <w:sz w:val="17"/>
              </w:rPr>
              <w:t xml:space="preserve">Update Service registered: </w:t>
            </w:r>
            <w:sdt>
              <w:sdtPr>
                <w:rPr>
                  <w:rFonts w:ascii="MS Gothic" w:hAnsi="MS Gothic" w:eastAsia="MS Gothic" w:cs="MS Gothic"/>
                  <w:b/>
                  <w:sz w:val="17"/>
                </w:rPr>
                <w:alias w:val="DBS and safer recruitment - Update Service registered: Yes"/>
                <w:tag w:val="DBS and safer recruitment - Update Service registered: Yes"/>
                <w:id w:val="700172"/>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DBS and safer recruitment - Update Service registered: No"/>
                <w:tag w:val="DBS and safer recruitment - Update Service registered: No"/>
                <w:id w:val="700173"/>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 </w:t>
            </w:r>
            <w:sdt>
              <w:sdtPr>
                <w:rPr>
                  <w:rFonts w:ascii="MS Gothic" w:hAnsi="MS Gothic" w:eastAsia="MS Gothic" w:cs="MS Gothic"/>
                  <w:b/>
                  <w:sz w:val="17"/>
                </w:rPr>
                <w:alias w:val="DBS and safer recruitment - Update Service registered: N/A"/>
                <w:tag w:val="DBS and safer recruitment - Update Service registered: N/A"/>
                <w:id w:val="700174"/>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N/A</w:t>
            </w:r>
          </w:p>
          <w:p w14:paraId="6DB5D833" w14:textId="77777777" w:rsidR="003C1B6A" w:rsidRDefault="00B530F4">
            <w:pPr>
              <w:spacing w:after="0"/>
            </w:pPr>
            <w:sdt>
              <w:sdtPr>
                <w:rPr>
                  <w:color w:val="A0AAA4"/>
                  <w:sz w:val="16"/>
                </w:rPr>
                <w:alias w:val="DBS and safer recruitment - Update Service registered"/>
                <w:tag w:val="DBS and safer recruitment - Update Service registered"/>
                <w:id w:val="700175"/>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74340965" w14:textId="77777777" w:rsidR="003C1B6A" w:rsidRDefault="00B530F4">
            <w:pPr>
              <w:spacing w:after="140"/>
            </w:pPr>
            <w:r>
              <w:rPr>
                <w:b/>
                <w:sz w:val="17"/>
              </w:rPr>
              <w:t xml:space="preserve">Willing to complete the appropriate DBS check: </w:t>
            </w:r>
            <w:sdt>
              <w:sdtPr>
                <w:rPr>
                  <w:rFonts w:ascii="MS Gothic" w:hAnsi="MS Gothic" w:eastAsia="MS Gothic" w:cs="MS Gothic"/>
                  <w:b/>
                  <w:sz w:val="17"/>
                </w:rPr>
                <w:alias w:val="DBS and safer recruitment - Willing to complete the appropriate DBS check: Yes"/>
                <w:tag w:val="DBS and safer recruitment - Willing to complete the appropriate DBS check: Yes"/>
                <w:id w:val="700176"/>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Yes </w:t>
            </w:r>
            <w:sdt>
              <w:sdtPr>
                <w:rPr>
                  <w:rFonts w:ascii="MS Gothic" w:hAnsi="MS Gothic" w:eastAsia="MS Gothic" w:cs="MS Gothic"/>
                  <w:b/>
                  <w:sz w:val="17"/>
                </w:rPr>
                <w:alias w:val="DBS and safer recruitment - Willing to complete the appropriate DBS check: No"/>
                <w:tag w:val="DBS and safer recruitment - Willing to complete the appropriate DBS check: No"/>
                <w:id w:val="700177"/>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w:t>
            </w:r>
          </w:p>
          <w:p w14:paraId="0B59650D" w14:textId="77777777" w:rsidR="003C1B6A" w:rsidRDefault="00B530F4">
            <w:pPr>
              <w:spacing w:after="0"/>
            </w:pPr>
            <w:sdt>
              <w:sdtPr>
                <w:rPr>
                  <w:color w:val="A0AAA4"/>
                  <w:sz w:val="16"/>
                </w:rPr>
                <w:alias w:val="DBS and safer recruitment - Willing to complete the appropriate DBS check"/>
                <w:tag w:val="DBS and safer recruitment - Willing to complete the appropriate DBS check"/>
                <w:id w:val="700178"/>
                <w:showingPlcHdr/>
                <w:text/>
              </w:sdtPr>
              <w:sdtContent>
                <w:r>
                  <w:rPr>
                    <w:color w:val="A0AAA4"/>
                    <w:sz w:val="16"/>
                  </w:rPr>
                  <w:t xml:space="preserve">_________________________________________________________</w:t>
                </w:r>
              </w:sdtContent>
            </w:sdt>
          </w:p>
        </w:tc>
      </w:tr>
    </w:tbl>
    <w:p w14:paraId="5F2558B3" w14:textId="77777777" w:rsidR="003C1B6A" w:rsidRDefault="00B530F4">
      <w:r>
        <w:t>Pure Hearts Support Services Ltd will determine the appropriate level of DBS check based on the role and legal eligibility. A previous certificate may not replace checks required for this employment.</w:t>
      </w:r>
    </w:p>
    <w:p w14:paraId="36C8AD42" w14:textId="77777777" w:rsidR="003C1B6A" w:rsidRDefault="00B530F4">
      <w:r>
        <w:t>DBS applicant privacy information: https://www.gov.uk/government/publications/dbs-privacy-policies</w:t>
      </w:r>
    </w:p>
    <w:p w14:paraId="4BAB9BD6" w14:textId="77777777" w:rsidR="003C1B6A" w:rsidRDefault="00B530F4">
      <w:pPr>
        <w:spacing w:after="40"/>
      </w:pPr>
      <w:sdt>
        <w:sdtPr>
          <w:alias w:val="DBS and safer recruitment - I have read, or have been directed to, the applicable DBS privacy information and understand how my data will be processed"/>
          <w:tag w:val="DBS and safer recruitment - I have read, or have been directed to, the applicable DBS privacy information and understand how my data will be processed"/>
          <w:id w:val="70017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have read, or have been directed to, the applicable DBS privacy information and understand how my data will be processed.</w:t>
      </w:r>
    </w:p>
    <w:tbl>
      <w:tblPr>
        <w:tblStyle w:val="TableGrid"/>
        <w:tblW w:w="0" w:type="auto"/>
        <w:jc w:val="center"/>
        <w:tblLook w:val="04A0" w:firstRow="1" w:lastRow="0" w:firstColumn="1" w:lastColumn="0" w:noHBand="0" w:noVBand="1"/>
      </w:tblPr>
      <w:tblGrid>
        <w:gridCol w:w="5179"/>
        <w:gridCol w:w="5179"/>
      </w:tblGrid>
      <w:tr w:rsidR="003C1B6A" w14:paraId="73C99339" w14:textId="77777777">
        <w:trPr>
          <w:jc w:val="center"/>
        </w:trPr>
        <w:tc>
          <w:tcPr>
            <w:tcW w:w="5184" w:type="dxa"/>
            <w:shd w:val="clear" w:color="auto" w:fill="EEF2EF"/>
            <w:tcMar>
              <w:top w:w="90" w:type="dxa"/>
              <w:left w:w="85" w:type="dxa"/>
              <w:bottom w:w="90" w:type="dxa"/>
              <w:right w:w="85" w:type="dxa"/>
            </w:tcMar>
          </w:tcPr>
          <w:p w14:paraId="118638F0" w14:textId="77777777" w:rsidR="003C1B6A" w:rsidRDefault="00B530F4">
            <w:pPr>
              <w:spacing w:after="140"/>
            </w:pPr>
            <w:r>
              <w:rPr>
                <w:b/>
                <w:sz w:val="17"/>
              </w:rPr>
              <w:lastRenderedPageBreak/>
              <w:t>Applicant full name</w:t>
            </w:r>
          </w:p>
          <w:p w14:paraId="6542FAA5" w14:textId="77777777" w:rsidR="003C1B6A" w:rsidRDefault="00B530F4">
            <w:pPr>
              <w:spacing w:after="0"/>
            </w:pPr>
            <w:sdt>
              <w:sdtPr>
                <w:rPr>
                  <w:color w:val="A0AAA4"/>
                  <w:sz w:val="16"/>
                </w:rPr>
                <w:alias w:val="DBS and safer recruitment - Applicant full name"/>
                <w:tag w:val="DBS and safer recruitment - Applicant full name"/>
                <w:id w:val="700180"/>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55967344" w14:textId="77777777" w:rsidR="003C1B6A" w:rsidRDefault="00B530F4">
            <w:pPr>
              <w:spacing w:after="140"/>
            </w:pPr>
            <w:r>
              <w:rPr>
                <w:b/>
                <w:sz w:val="17"/>
              </w:rPr>
              <w:t>Applicant signature</w:t>
            </w:r>
          </w:p>
          <w:p w14:paraId="07D0E40E" w14:textId="77777777" w:rsidR="003C1B6A" w:rsidRDefault="00B530F4">
            <w:pPr>
              <w:spacing w:after="0"/>
            </w:pPr>
            <w:sdt>
              <w:sdtPr>
                <w:rPr>
                  <w:color w:val="A0AAA4"/>
                  <w:sz w:val="16"/>
                </w:rPr>
                <w:alias w:val="DBS and safer recruitment - Applicant signature"/>
                <w:tag w:val="DBS and safer recruitment - Applicant signature"/>
                <w:id w:val="700181"/>
                <w:showingPlcHdr/>
                <w:text/>
              </w:sdtPr>
              <w:sdtContent>
                <w:r>
                  <w:rPr>
                    <w:color w:val="A0AAA4"/>
                    <w:sz w:val="16"/>
                  </w:rPr>
                  <w:t xml:space="preserve">_________________________________________________________</w:t>
                </w:r>
              </w:sdtContent>
            </w:sdt>
          </w:p>
        </w:tc>
      </w:tr>
      <w:tr w:rsidR="003C1B6A" w14:paraId="05B49495" w14:textId="77777777">
        <w:trPr>
          <w:jc w:val="center"/>
        </w:trPr>
        <w:tc>
          <w:tcPr>
            <w:tcW w:w="5184" w:type="dxa"/>
            <w:shd w:val="clear" w:color="auto" w:fill="FFFFFF"/>
            <w:tcMar>
              <w:top w:w="90" w:type="dxa"/>
              <w:left w:w="85" w:type="dxa"/>
              <w:bottom w:w="90" w:type="dxa"/>
              <w:right w:w="85" w:type="dxa"/>
            </w:tcMar>
          </w:tcPr>
          <w:p w14:paraId="1721DD02" w14:textId="77777777" w:rsidR="003C1B6A" w:rsidRDefault="00B530F4">
            <w:pPr>
              <w:spacing w:after="140"/>
            </w:pPr>
            <w:r>
              <w:rPr>
                <w:b/>
                <w:sz w:val="17"/>
              </w:rPr>
              <w:t>Date</w:t>
            </w:r>
          </w:p>
          <w:p w14:paraId="09284D67" w14:textId="77777777" w:rsidR="003C1B6A" w:rsidRDefault="00B530F4">
            <w:pPr>
              <w:spacing w:after="0"/>
            </w:pPr>
            <w:sdt>
              <w:sdtPr>
                <w:rPr>
                  <w:color w:val="A0AAA4"/>
                  <w:sz w:val="16"/>
                </w:rPr>
                <w:alias w:val="DBS and safer recruitment - Date"/>
                <w:tag w:val="DBS and safer recruitment - Date"/>
                <w:id w:val="700182"/>
                <w:showingPlcHdr/>
                <w:text/>
              </w:sdtPr>
              <w:sdtContent>
                <w:r>
                  <w:rPr>
                    <w:color w:val="A0AAA4"/>
                    <w:sz w:val="16"/>
                  </w:rPr>
                  <w:t xml:space="preserve">_________________________________________________________</w:t>
                </w:r>
              </w:sdtContent>
            </w:sdt>
          </w:p>
        </w:tc>
        <w:tc>
          <w:tcPr>
            <w:tcW w:w="5184" w:type="dxa"/>
            <w:shd w:val="clear" w:color="auto" w:fill="FFFFFF"/>
          </w:tcPr>
          <w:p w14:paraId="6A2E1A51" w14:textId="77777777" w:rsidR="003C1B6A" w:rsidRDefault="003C1B6A"/>
        </w:tc>
      </w:tr>
    </w:tbl>
    <w:p w14:paraId="7BB4D4F8" w14:textId="77777777" w:rsidR="003C1B6A" w:rsidRDefault="00B530F4">
      <w:pPr>
        <w:pStyle w:val="Heading1"/>
        <w:pBdr>
          <w:bottom w:val="single" w:sz="5" w:space="2" w:color="F4C4CC"/>
        </w:pBdr>
      </w:pPr>
      <w:r>
        <w:rPr>
          <w:color w:val="526B61"/>
        </w:rPr>
        <w:t>11. TRAINING AND QUALIFICATIONS</w:t>
      </w:r>
    </w:p>
    <w:tbl>
      <w:tblPr>
        <w:tblStyle w:val="TableGrid"/>
        <w:tblW w:w="0" w:type="auto"/>
        <w:jc w:val="center"/>
        <w:tblLook w:val="04A0" w:firstRow="1" w:lastRow="0" w:firstColumn="1" w:lastColumn="0" w:noHBand="0" w:noVBand="1"/>
      </w:tblPr>
      <w:tblGrid>
        <w:gridCol w:w="2592"/>
        <w:gridCol w:w="2880"/>
        <w:gridCol w:w="1800"/>
        <w:gridCol w:w="2160"/>
      </w:tblGrid>
      <w:tr w:rsidR="003C1B6A" w14:paraId="44D74302" w14:textId="77777777">
        <w:trPr>
          <w:jc w:val="center"/>
        </w:trPr>
        <w:tc>
          <w:tcPr>
            <w:tcW w:w="2592" w:type="dxa"/>
            <w:shd w:val="clear" w:color="auto" w:fill="526B61"/>
            <w:tcMar>
              <w:top w:w="70" w:type="dxa"/>
              <w:left w:w="85" w:type="dxa"/>
              <w:bottom w:w="70" w:type="dxa"/>
              <w:right w:w="85" w:type="dxa"/>
            </w:tcMar>
            <w:vAlign w:val="center"/>
          </w:tcPr>
          <w:p w14:paraId="635B1AD0" w14:textId="77777777" w:rsidR="003C1B6A" w:rsidRDefault="00B530F4">
            <w:pPr>
              <w:spacing w:after="20"/>
            </w:pPr>
            <w:r>
              <w:rPr>
                <w:b/>
                <w:color w:val="FFFFFF"/>
                <w:sz w:val="16"/>
              </w:rPr>
              <w:t>Qualification / training</w:t>
            </w:r>
          </w:p>
        </w:tc>
        <w:tc>
          <w:tcPr>
            <w:tcW w:w="2880" w:type="dxa"/>
            <w:shd w:val="clear" w:color="auto" w:fill="526B61"/>
            <w:tcMar>
              <w:top w:w="70" w:type="dxa"/>
              <w:left w:w="85" w:type="dxa"/>
              <w:bottom w:w="70" w:type="dxa"/>
              <w:right w:w="85" w:type="dxa"/>
            </w:tcMar>
            <w:vAlign w:val="center"/>
          </w:tcPr>
          <w:p w14:paraId="39208CFB" w14:textId="77777777" w:rsidR="003C1B6A" w:rsidRDefault="00B530F4">
            <w:pPr>
              <w:spacing w:after="20"/>
            </w:pPr>
            <w:r>
              <w:rPr>
                <w:b/>
                <w:color w:val="FFFFFF"/>
                <w:sz w:val="16"/>
              </w:rPr>
              <w:t>Awarding body / provider</w:t>
            </w:r>
          </w:p>
        </w:tc>
        <w:tc>
          <w:tcPr>
            <w:tcW w:w="1800" w:type="dxa"/>
            <w:shd w:val="clear" w:color="auto" w:fill="526B61"/>
            <w:tcMar>
              <w:top w:w="70" w:type="dxa"/>
              <w:left w:w="85" w:type="dxa"/>
              <w:bottom w:w="70" w:type="dxa"/>
              <w:right w:w="85" w:type="dxa"/>
            </w:tcMar>
            <w:vAlign w:val="center"/>
          </w:tcPr>
          <w:p w14:paraId="30CD56D8" w14:textId="77777777" w:rsidR="003C1B6A" w:rsidRDefault="00B530F4">
            <w:pPr>
              <w:spacing w:after="20"/>
            </w:pPr>
            <w:r>
              <w:rPr>
                <w:b/>
                <w:color w:val="FFFFFF"/>
                <w:sz w:val="16"/>
              </w:rPr>
              <w:t>Date completed</w:t>
            </w:r>
          </w:p>
        </w:tc>
        <w:tc>
          <w:tcPr>
            <w:tcW w:w="2160" w:type="dxa"/>
            <w:shd w:val="clear" w:color="auto" w:fill="526B61"/>
            <w:tcMar>
              <w:top w:w="70" w:type="dxa"/>
              <w:left w:w="85" w:type="dxa"/>
              <w:bottom w:w="70" w:type="dxa"/>
              <w:right w:w="85" w:type="dxa"/>
            </w:tcMar>
            <w:vAlign w:val="center"/>
          </w:tcPr>
          <w:p w14:paraId="50897841" w14:textId="77777777" w:rsidR="003C1B6A" w:rsidRDefault="00B530F4">
            <w:pPr>
              <w:spacing w:after="20"/>
            </w:pPr>
            <w:r>
              <w:rPr>
                <w:b/>
                <w:color w:val="FFFFFF"/>
                <w:sz w:val="16"/>
              </w:rPr>
              <w:t>Expiry / renewal date</w:t>
            </w:r>
          </w:p>
        </w:tc>
      </w:tr>
      <w:tr w:rsidR="003C1B6A" w14:paraId="248649FA" w14:textId="77777777">
        <w:trPr>
          <w:jc w:val="center"/>
        </w:trPr>
        <w:tc>
          <w:tcPr>
            <w:tcW w:w="2592" w:type="dxa"/>
            <w:tcMar>
              <w:top w:w="70" w:type="dxa"/>
              <w:left w:w="85" w:type="dxa"/>
              <w:bottom w:w="70" w:type="dxa"/>
              <w:right w:w="85" w:type="dxa"/>
            </w:tcMar>
            <w:vAlign w:val="center"/>
          </w:tcPr>
          <w:p w14:paraId="11328510" w14:textId="77777777" w:rsidR="003C1B6A" w:rsidRDefault="00B530F4">
            <w:pPr>
              <w:spacing w:after="20"/>
            </w:pPr>
            <w:r>
              <w:rPr>
                <w:sz w:val="15"/>
              </w:rPr>
              <w:t>Care Certificate</w:t>
            </w:r>
          </w:p>
        </w:tc>
        <w:tc>
          <w:tcPr>
            <w:tcW w:w="2880" w:type="dxa"/>
            <w:tcMar>
              <w:top w:w="70" w:type="dxa"/>
              <w:left w:w="85" w:type="dxa"/>
              <w:bottom w:w="70" w:type="dxa"/>
              <w:right w:w="85" w:type="dxa"/>
            </w:tcMar>
            <w:vAlign w:val="center"/>
          </w:tcPr>
          <w:p w14:paraId="5A27686A" w14:textId="77777777" w:rsidR="003C1B6A" w:rsidRDefault="00B530F4">
            <w:pPr>
              <w:spacing w:after="20"/>
            </w:pPr>
            <w:sdt>
              <w:sdtPr>
                <w:rPr>
                  <w:color w:val="C9D2CC"/>
                  <w:sz w:val="16"/>
                </w:rPr>
                <w:alias w:val="Training and qualifications - Care Certificate - Awarding body / provider"/>
                <w:tag w:val="Training and qualifications - Care Certificate - Awarding body / provider"/>
                <w:id w:val="700317"/>
                <w:showingPlcHdr/>
                <w:text/>
              </w:sdtPr>
              <w:sdtContent>
                <w:r>
                  <w:rPr>
                    <w:color w:val="C9D2CC"/>
                    <w:sz w:val="16"/>
                  </w:rPr>
                  <w:t xml:space="preserve">_______________________________</w:t>
                </w:r>
              </w:sdtContent>
            </w:sdt>
          </w:p>
        </w:tc>
        <w:tc>
          <w:tcPr>
            <w:tcW w:w="1800" w:type="dxa"/>
            <w:tcMar>
              <w:top w:w="70" w:type="dxa"/>
              <w:left w:w="85" w:type="dxa"/>
              <w:bottom w:w="70" w:type="dxa"/>
              <w:right w:w="85" w:type="dxa"/>
            </w:tcMar>
            <w:vAlign w:val="center"/>
          </w:tcPr>
          <w:p w14:paraId="34DD8DCA" w14:textId="77777777" w:rsidR="003C1B6A" w:rsidRDefault="00B530F4">
            <w:pPr>
              <w:spacing w:after="20"/>
            </w:pPr>
            <w:sdt>
              <w:sdtPr>
                <w:rPr>
                  <w:color w:val="C9D2CC"/>
                  <w:sz w:val="16"/>
                </w:rPr>
                <w:alias w:val="Training and qualifications - Care Certificate - Date completed"/>
                <w:tag w:val="Training and qualifications - Care Certificate - Date completed"/>
                <w:id w:val="700318"/>
                <w:showingPlcHdr/>
                <w:text/>
              </w:sdtPr>
              <w:sdtContent>
                <w:r>
                  <w:rPr>
                    <w:color w:val="C9D2CC"/>
                    <w:sz w:val="16"/>
                  </w:rPr>
                  <w:t xml:space="preserve">__________________</w:t>
                </w:r>
              </w:sdtContent>
            </w:sdt>
          </w:p>
        </w:tc>
        <w:tc>
          <w:tcPr>
            <w:tcW w:w="2160" w:type="dxa"/>
            <w:tcMar>
              <w:top w:w="70" w:type="dxa"/>
              <w:left w:w="85" w:type="dxa"/>
              <w:bottom w:w="70" w:type="dxa"/>
              <w:right w:w="85" w:type="dxa"/>
            </w:tcMar>
            <w:vAlign w:val="center"/>
          </w:tcPr>
          <w:p w14:paraId="32954BB6" w14:textId="77777777" w:rsidR="003C1B6A" w:rsidRDefault="00B530F4">
            <w:pPr>
              <w:spacing w:after="20"/>
            </w:pPr>
            <w:sdt>
              <w:sdtPr>
                <w:rPr>
                  <w:color w:val="C9D2CC"/>
                  <w:sz w:val="16"/>
                </w:rPr>
                <w:alias w:val="Training and qualifications - Care Certificate - Expiry / renewal date"/>
                <w:tag w:val="Training and qualifications - Care Certificate - Expiry / renewal date"/>
                <w:id w:val="700319"/>
                <w:showingPlcHdr/>
                <w:text/>
              </w:sdtPr>
              <w:sdtContent>
                <w:r>
                  <w:rPr>
                    <w:color w:val="C9D2CC"/>
                    <w:sz w:val="16"/>
                  </w:rPr>
                  <w:t xml:space="preserve">_______________________</w:t>
                </w:r>
              </w:sdtContent>
            </w:sdt>
          </w:p>
        </w:tc>
      </w:tr>
      <w:tr w:rsidR="003C1B6A" w14:paraId="6B2A9C04" w14:textId="77777777">
        <w:trPr>
          <w:jc w:val="center"/>
        </w:trPr>
        <w:tc>
          <w:tcPr>
            <w:tcW w:w="2592" w:type="dxa"/>
            <w:shd w:val="clear" w:color="auto" w:fill="F4F5F4"/>
            <w:tcMar>
              <w:top w:w="70" w:type="dxa"/>
              <w:left w:w="85" w:type="dxa"/>
              <w:bottom w:w="70" w:type="dxa"/>
              <w:right w:w="85" w:type="dxa"/>
            </w:tcMar>
            <w:vAlign w:val="center"/>
          </w:tcPr>
          <w:p w14:paraId="4ED0D2E3" w14:textId="77777777" w:rsidR="003C1B6A" w:rsidRDefault="00B530F4">
            <w:pPr>
              <w:spacing w:after="20"/>
            </w:pPr>
            <w:r>
              <w:rPr>
                <w:sz w:val="15"/>
              </w:rPr>
              <w:t>Level 2/3 Health &amp; Social Care</w:t>
            </w:r>
          </w:p>
        </w:tc>
        <w:tc>
          <w:tcPr>
            <w:tcW w:w="2880" w:type="dxa"/>
            <w:shd w:val="clear" w:color="auto" w:fill="F4F5F4"/>
            <w:tcMar>
              <w:top w:w="70" w:type="dxa"/>
              <w:left w:w="85" w:type="dxa"/>
              <w:bottom w:w="70" w:type="dxa"/>
              <w:right w:w="85" w:type="dxa"/>
            </w:tcMar>
            <w:vAlign w:val="center"/>
          </w:tcPr>
          <w:p w14:paraId="3C372ADA" w14:textId="77777777" w:rsidR="003C1B6A" w:rsidRDefault="00B530F4">
            <w:pPr>
              <w:spacing w:after="20"/>
            </w:pPr>
            <w:sdt>
              <w:sdtPr>
                <w:rPr>
                  <w:color w:val="C9D2CC"/>
                  <w:sz w:val="16"/>
                </w:rPr>
                <w:alias w:val="Training and qualifications - Level 2/3 Health &amp; Social Care - Awarding body / provider"/>
                <w:tag w:val="Training and qualifications - Level 2/3 Health &amp; Social Care - Awarding body / provider"/>
                <w:id w:val="700320"/>
                <w:showingPlcHdr/>
                <w:text/>
              </w:sdtPr>
              <w:sdtContent>
                <w:r>
                  <w:rPr>
                    <w:color w:val="C9D2CC"/>
                    <w:sz w:val="16"/>
                  </w:rPr>
                  <w:t xml:space="preserve">_______________________________</w:t>
                </w:r>
              </w:sdtContent>
            </w:sdt>
          </w:p>
        </w:tc>
        <w:tc>
          <w:tcPr>
            <w:tcW w:w="1800" w:type="dxa"/>
            <w:shd w:val="clear" w:color="auto" w:fill="F4F5F4"/>
            <w:tcMar>
              <w:top w:w="70" w:type="dxa"/>
              <w:left w:w="85" w:type="dxa"/>
              <w:bottom w:w="70" w:type="dxa"/>
              <w:right w:w="85" w:type="dxa"/>
            </w:tcMar>
            <w:vAlign w:val="center"/>
          </w:tcPr>
          <w:p w14:paraId="2B73C59D" w14:textId="77777777" w:rsidR="003C1B6A" w:rsidRDefault="00B530F4">
            <w:pPr>
              <w:spacing w:after="20"/>
            </w:pPr>
            <w:sdt>
              <w:sdtPr>
                <w:rPr>
                  <w:color w:val="C9D2CC"/>
                  <w:sz w:val="16"/>
                </w:rPr>
                <w:alias w:val="Training and qualifications - Level 2/3 Health &amp; Social Care - Date completed"/>
                <w:tag w:val="Training and qualifications - Level 2/3 Health &amp; Social Care - Date completed"/>
                <w:id w:val="700321"/>
                <w:showingPlcHdr/>
                <w:text/>
              </w:sdtPr>
              <w:sdtContent>
                <w:r>
                  <w:rPr>
                    <w:color w:val="C9D2CC"/>
                    <w:sz w:val="16"/>
                  </w:rPr>
                  <w:t xml:space="preserve">__________________</w:t>
                </w:r>
              </w:sdtContent>
            </w:sdt>
          </w:p>
        </w:tc>
        <w:tc>
          <w:tcPr>
            <w:tcW w:w="2160" w:type="dxa"/>
            <w:shd w:val="clear" w:color="auto" w:fill="F4F5F4"/>
            <w:tcMar>
              <w:top w:w="70" w:type="dxa"/>
              <w:left w:w="85" w:type="dxa"/>
              <w:bottom w:w="70" w:type="dxa"/>
              <w:right w:w="85" w:type="dxa"/>
            </w:tcMar>
            <w:vAlign w:val="center"/>
          </w:tcPr>
          <w:p w14:paraId="1370D867" w14:textId="77777777" w:rsidR="003C1B6A" w:rsidRDefault="00B530F4">
            <w:pPr>
              <w:spacing w:after="20"/>
            </w:pPr>
            <w:sdt>
              <w:sdtPr>
                <w:rPr>
                  <w:color w:val="C9D2CC"/>
                  <w:sz w:val="16"/>
                </w:rPr>
                <w:alias w:val="Training and qualifications - Level 2/3 Health &amp; Social Care - Expiry / renewal date"/>
                <w:tag w:val="Training and qualifications - Level 2/3 Health &amp; Social Care - Expiry / renewal date"/>
                <w:id w:val="700322"/>
                <w:showingPlcHdr/>
                <w:text/>
              </w:sdtPr>
              <w:sdtContent>
                <w:r>
                  <w:rPr>
                    <w:color w:val="C9D2CC"/>
                    <w:sz w:val="16"/>
                  </w:rPr>
                  <w:t xml:space="preserve">_______________________</w:t>
                </w:r>
              </w:sdtContent>
            </w:sdt>
          </w:p>
        </w:tc>
      </w:tr>
      <w:tr w:rsidR="003C1B6A" w14:paraId="0B7DC2D0" w14:textId="77777777">
        <w:trPr>
          <w:jc w:val="center"/>
        </w:trPr>
        <w:tc>
          <w:tcPr>
            <w:tcW w:w="2592" w:type="dxa"/>
            <w:tcMar>
              <w:top w:w="70" w:type="dxa"/>
              <w:left w:w="85" w:type="dxa"/>
              <w:bottom w:w="70" w:type="dxa"/>
              <w:right w:w="85" w:type="dxa"/>
            </w:tcMar>
            <w:vAlign w:val="center"/>
          </w:tcPr>
          <w:p w14:paraId="5CB032EC" w14:textId="77777777" w:rsidR="003C1B6A" w:rsidRDefault="00B530F4">
            <w:pPr>
              <w:spacing w:after="20"/>
            </w:pPr>
            <w:r>
              <w:rPr>
                <w:sz w:val="15"/>
              </w:rPr>
              <w:t>Level 5 Leadership &amp; Management</w:t>
            </w:r>
          </w:p>
        </w:tc>
        <w:tc>
          <w:tcPr>
            <w:tcW w:w="2880" w:type="dxa"/>
            <w:tcMar>
              <w:top w:w="70" w:type="dxa"/>
              <w:left w:w="85" w:type="dxa"/>
              <w:bottom w:w="70" w:type="dxa"/>
              <w:right w:w="85" w:type="dxa"/>
            </w:tcMar>
            <w:vAlign w:val="center"/>
          </w:tcPr>
          <w:p w14:paraId="6E9E701B" w14:textId="77777777" w:rsidR="003C1B6A" w:rsidRDefault="00B530F4">
            <w:pPr>
              <w:spacing w:after="20"/>
            </w:pPr>
            <w:sdt>
              <w:sdtPr>
                <w:rPr>
                  <w:color w:val="C9D2CC"/>
                  <w:sz w:val="16"/>
                </w:rPr>
                <w:alias w:val="Training and qualifications - Level 5 Leadership &amp; Management - Awarding body / provider"/>
                <w:tag w:val="Training and qualifications - Level 5 Leadership &amp; Management - Awarding body / provider"/>
                <w:id w:val="700323"/>
                <w:showingPlcHdr/>
                <w:text/>
              </w:sdtPr>
              <w:sdtContent>
                <w:r>
                  <w:rPr>
                    <w:color w:val="C9D2CC"/>
                    <w:sz w:val="16"/>
                  </w:rPr>
                  <w:t xml:space="preserve">_______________________________</w:t>
                </w:r>
              </w:sdtContent>
            </w:sdt>
          </w:p>
        </w:tc>
        <w:tc>
          <w:tcPr>
            <w:tcW w:w="1800" w:type="dxa"/>
            <w:tcMar>
              <w:top w:w="70" w:type="dxa"/>
              <w:left w:w="85" w:type="dxa"/>
              <w:bottom w:w="70" w:type="dxa"/>
              <w:right w:w="85" w:type="dxa"/>
            </w:tcMar>
            <w:vAlign w:val="center"/>
          </w:tcPr>
          <w:p w14:paraId="4F3FBCFC" w14:textId="77777777" w:rsidR="003C1B6A" w:rsidRDefault="00B530F4">
            <w:pPr>
              <w:spacing w:after="20"/>
            </w:pPr>
            <w:sdt>
              <w:sdtPr>
                <w:rPr>
                  <w:color w:val="C9D2CC"/>
                  <w:sz w:val="16"/>
                </w:rPr>
                <w:alias w:val="Training and qualifications - Level 5 Leadership &amp; Management - Date completed"/>
                <w:tag w:val="Training and qualifications - Level 5 Leadership &amp; Management - Date completed"/>
                <w:id w:val="700324"/>
                <w:showingPlcHdr/>
                <w:text/>
              </w:sdtPr>
              <w:sdtContent>
                <w:r>
                  <w:rPr>
                    <w:color w:val="C9D2CC"/>
                    <w:sz w:val="16"/>
                  </w:rPr>
                  <w:t xml:space="preserve">__________________</w:t>
                </w:r>
              </w:sdtContent>
            </w:sdt>
          </w:p>
        </w:tc>
        <w:tc>
          <w:tcPr>
            <w:tcW w:w="2160" w:type="dxa"/>
            <w:tcMar>
              <w:top w:w="70" w:type="dxa"/>
              <w:left w:w="85" w:type="dxa"/>
              <w:bottom w:w="70" w:type="dxa"/>
              <w:right w:w="85" w:type="dxa"/>
            </w:tcMar>
            <w:vAlign w:val="center"/>
          </w:tcPr>
          <w:p w14:paraId="5B41EF14" w14:textId="77777777" w:rsidR="003C1B6A" w:rsidRDefault="00B530F4">
            <w:pPr>
              <w:spacing w:after="20"/>
            </w:pPr>
            <w:sdt>
              <w:sdtPr>
                <w:rPr>
                  <w:color w:val="C9D2CC"/>
                  <w:sz w:val="16"/>
                </w:rPr>
                <w:alias w:val="Training and qualifications - Level 5 Leadership &amp; Management - Expiry / renewal date"/>
                <w:tag w:val="Training and qualifications - Level 5 Leadership &amp; Management - Expiry / renewal date"/>
                <w:id w:val="700325"/>
                <w:showingPlcHdr/>
                <w:text/>
              </w:sdtPr>
              <w:sdtContent>
                <w:r>
                  <w:rPr>
                    <w:color w:val="C9D2CC"/>
                    <w:sz w:val="16"/>
                  </w:rPr>
                  <w:t xml:space="preserve">_______________________</w:t>
                </w:r>
              </w:sdtContent>
            </w:sdt>
          </w:p>
        </w:tc>
      </w:tr>
      <w:tr w:rsidR="003C1B6A" w14:paraId="517B4EA7" w14:textId="77777777">
        <w:trPr>
          <w:jc w:val="center"/>
        </w:trPr>
        <w:tc>
          <w:tcPr>
            <w:tcW w:w="2592" w:type="dxa"/>
            <w:shd w:val="clear" w:color="auto" w:fill="F4F5F4"/>
            <w:tcMar>
              <w:top w:w="70" w:type="dxa"/>
              <w:left w:w="85" w:type="dxa"/>
              <w:bottom w:w="70" w:type="dxa"/>
              <w:right w:w="85" w:type="dxa"/>
            </w:tcMar>
            <w:vAlign w:val="center"/>
          </w:tcPr>
          <w:p w14:paraId="72A7524B" w14:textId="77777777" w:rsidR="003C1B6A" w:rsidRDefault="00B530F4">
            <w:pPr>
              <w:spacing w:after="20"/>
            </w:pPr>
            <w:r>
              <w:rPr>
                <w:sz w:val="15"/>
              </w:rPr>
              <w:t>Moving &amp; Handling</w:t>
            </w:r>
          </w:p>
        </w:tc>
        <w:tc>
          <w:tcPr>
            <w:tcW w:w="2880" w:type="dxa"/>
            <w:shd w:val="clear" w:color="auto" w:fill="F4F5F4"/>
            <w:tcMar>
              <w:top w:w="70" w:type="dxa"/>
              <w:left w:w="85" w:type="dxa"/>
              <w:bottom w:w="70" w:type="dxa"/>
              <w:right w:w="85" w:type="dxa"/>
            </w:tcMar>
            <w:vAlign w:val="center"/>
          </w:tcPr>
          <w:p w14:paraId="180CF1F2" w14:textId="77777777" w:rsidR="003C1B6A" w:rsidRDefault="00B530F4">
            <w:pPr>
              <w:spacing w:after="20"/>
            </w:pPr>
            <w:sdt>
              <w:sdtPr>
                <w:rPr>
                  <w:color w:val="C9D2CC"/>
                  <w:sz w:val="16"/>
                </w:rPr>
                <w:alias w:val="Training and qualifications - Moving &amp; Handling - Awarding body / provider"/>
                <w:tag w:val="Training and qualifications - Moving &amp; Handling - Awarding body / provider"/>
                <w:id w:val="700326"/>
                <w:showingPlcHdr/>
                <w:text/>
              </w:sdtPr>
              <w:sdtContent>
                <w:r>
                  <w:rPr>
                    <w:color w:val="C9D2CC"/>
                    <w:sz w:val="16"/>
                  </w:rPr>
                  <w:t xml:space="preserve">_______________________________</w:t>
                </w:r>
              </w:sdtContent>
            </w:sdt>
          </w:p>
        </w:tc>
        <w:tc>
          <w:tcPr>
            <w:tcW w:w="1800" w:type="dxa"/>
            <w:shd w:val="clear" w:color="auto" w:fill="F4F5F4"/>
            <w:tcMar>
              <w:top w:w="70" w:type="dxa"/>
              <w:left w:w="85" w:type="dxa"/>
              <w:bottom w:w="70" w:type="dxa"/>
              <w:right w:w="85" w:type="dxa"/>
            </w:tcMar>
            <w:vAlign w:val="center"/>
          </w:tcPr>
          <w:p w14:paraId="43AA9D91" w14:textId="77777777" w:rsidR="003C1B6A" w:rsidRDefault="00B530F4">
            <w:pPr>
              <w:spacing w:after="20"/>
            </w:pPr>
            <w:sdt>
              <w:sdtPr>
                <w:rPr>
                  <w:color w:val="C9D2CC"/>
                  <w:sz w:val="16"/>
                </w:rPr>
                <w:alias w:val="Training and qualifications - Moving &amp; Handling - Date completed"/>
                <w:tag w:val="Training and qualifications - Moving &amp; Handling - Date completed"/>
                <w:id w:val="700327"/>
                <w:showingPlcHdr/>
                <w:text/>
              </w:sdtPr>
              <w:sdtContent>
                <w:r>
                  <w:rPr>
                    <w:color w:val="C9D2CC"/>
                    <w:sz w:val="16"/>
                  </w:rPr>
                  <w:t xml:space="preserve">__________________</w:t>
                </w:r>
              </w:sdtContent>
            </w:sdt>
          </w:p>
        </w:tc>
        <w:tc>
          <w:tcPr>
            <w:tcW w:w="2160" w:type="dxa"/>
            <w:shd w:val="clear" w:color="auto" w:fill="F4F5F4"/>
            <w:tcMar>
              <w:top w:w="70" w:type="dxa"/>
              <w:left w:w="85" w:type="dxa"/>
              <w:bottom w:w="70" w:type="dxa"/>
              <w:right w:w="85" w:type="dxa"/>
            </w:tcMar>
            <w:vAlign w:val="center"/>
          </w:tcPr>
          <w:p w14:paraId="036B968D" w14:textId="77777777" w:rsidR="003C1B6A" w:rsidRDefault="00B530F4">
            <w:pPr>
              <w:spacing w:after="20"/>
            </w:pPr>
            <w:sdt>
              <w:sdtPr>
                <w:rPr>
                  <w:color w:val="C9D2CC"/>
                  <w:sz w:val="16"/>
                </w:rPr>
                <w:alias w:val="Training and qualifications - Moving &amp; Handling - Expiry / renewal date"/>
                <w:tag w:val="Training and qualifications - Moving &amp; Handling - Expiry / renewal date"/>
                <w:id w:val="700328"/>
                <w:showingPlcHdr/>
                <w:text/>
              </w:sdtPr>
              <w:sdtContent>
                <w:r>
                  <w:rPr>
                    <w:color w:val="C9D2CC"/>
                    <w:sz w:val="16"/>
                  </w:rPr>
                  <w:t xml:space="preserve">_______________________</w:t>
                </w:r>
              </w:sdtContent>
            </w:sdt>
          </w:p>
        </w:tc>
      </w:tr>
      <w:tr w:rsidR="003C1B6A" w14:paraId="43CD5412" w14:textId="77777777">
        <w:trPr>
          <w:jc w:val="center"/>
        </w:trPr>
        <w:tc>
          <w:tcPr>
            <w:tcW w:w="2592" w:type="dxa"/>
            <w:tcMar>
              <w:top w:w="70" w:type="dxa"/>
              <w:left w:w="85" w:type="dxa"/>
              <w:bottom w:w="70" w:type="dxa"/>
              <w:right w:w="85" w:type="dxa"/>
            </w:tcMar>
            <w:vAlign w:val="center"/>
          </w:tcPr>
          <w:p w14:paraId="028535B0" w14:textId="77777777" w:rsidR="003C1B6A" w:rsidRDefault="00B530F4">
            <w:pPr>
              <w:spacing w:after="20"/>
            </w:pPr>
            <w:r>
              <w:rPr>
                <w:sz w:val="15"/>
              </w:rPr>
              <w:t>Safeguarding Adults</w:t>
            </w:r>
          </w:p>
        </w:tc>
        <w:tc>
          <w:tcPr>
            <w:tcW w:w="2880" w:type="dxa"/>
            <w:tcMar>
              <w:top w:w="70" w:type="dxa"/>
              <w:left w:w="85" w:type="dxa"/>
              <w:bottom w:w="70" w:type="dxa"/>
              <w:right w:w="85" w:type="dxa"/>
            </w:tcMar>
            <w:vAlign w:val="center"/>
          </w:tcPr>
          <w:p w14:paraId="4B694C52" w14:textId="77777777" w:rsidR="003C1B6A" w:rsidRDefault="00B530F4">
            <w:pPr>
              <w:spacing w:after="20"/>
            </w:pPr>
            <w:sdt>
              <w:sdtPr>
                <w:rPr>
                  <w:color w:val="C9D2CC"/>
                  <w:sz w:val="16"/>
                </w:rPr>
                <w:alias w:val="Training and qualifications - Safeguarding Adults - Awarding body / provider"/>
                <w:tag w:val="Training and qualifications - Safeguarding Adults - Awarding body / provider"/>
                <w:id w:val="700329"/>
                <w:showingPlcHdr/>
                <w:text/>
              </w:sdtPr>
              <w:sdtContent>
                <w:r>
                  <w:rPr>
                    <w:color w:val="C9D2CC"/>
                    <w:sz w:val="16"/>
                  </w:rPr>
                  <w:t xml:space="preserve">_______________________________</w:t>
                </w:r>
              </w:sdtContent>
            </w:sdt>
          </w:p>
        </w:tc>
        <w:tc>
          <w:tcPr>
            <w:tcW w:w="1800" w:type="dxa"/>
            <w:tcMar>
              <w:top w:w="70" w:type="dxa"/>
              <w:left w:w="85" w:type="dxa"/>
              <w:bottom w:w="70" w:type="dxa"/>
              <w:right w:w="85" w:type="dxa"/>
            </w:tcMar>
            <w:vAlign w:val="center"/>
          </w:tcPr>
          <w:p w14:paraId="21A1C627" w14:textId="77777777" w:rsidR="003C1B6A" w:rsidRDefault="00B530F4">
            <w:pPr>
              <w:spacing w:after="20"/>
            </w:pPr>
            <w:sdt>
              <w:sdtPr>
                <w:rPr>
                  <w:color w:val="C9D2CC"/>
                  <w:sz w:val="16"/>
                </w:rPr>
                <w:alias w:val="Training and qualifications - Safeguarding Adults - Date completed"/>
                <w:tag w:val="Training and qualifications - Safeguarding Adults - Date completed"/>
                <w:id w:val="700330"/>
                <w:showingPlcHdr/>
                <w:text/>
              </w:sdtPr>
              <w:sdtContent>
                <w:r>
                  <w:rPr>
                    <w:color w:val="C9D2CC"/>
                    <w:sz w:val="16"/>
                  </w:rPr>
                  <w:t xml:space="preserve">__________________</w:t>
                </w:r>
              </w:sdtContent>
            </w:sdt>
          </w:p>
        </w:tc>
        <w:tc>
          <w:tcPr>
            <w:tcW w:w="2160" w:type="dxa"/>
            <w:tcMar>
              <w:top w:w="70" w:type="dxa"/>
              <w:left w:w="85" w:type="dxa"/>
              <w:bottom w:w="70" w:type="dxa"/>
              <w:right w:w="85" w:type="dxa"/>
            </w:tcMar>
            <w:vAlign w:val="center"/>
          </w:tcPr>
          <w:p w14:paraId="563B80E9" w14:textId="77777777" w:rsidR="003C1B6A" w:rsidRDefault="00B530F4">
            <w:pPr>
              <w:spacing w:after="20"/>
            </w:pPr>
            <w:sdt>
              <w:sdtPr>
                <w:rPr>
                  <w:color w:val="C9D2CC"/>
                  <w:sz w:val="16"/>
                </w:rPr>
                <w:alias w:val="Training and qualifications - Safeguarding Adults - Expiry / renewal date"/>
                <w:tag w:val="Training and qualifications - Safeguarding Adults - Expiry / renewal date"/>
                <w:id w:val="700331"/>
                <w:showingPlcHdr/>
                <w:text/>
              </w:sdtPr>
              <w:sdtContent>
                <w:r>
                  <w:rPr>
                    <w:color w:val="C9D2CC"/>
                    <w:sz w:val="16"/>
                  </w:rPr>
                  <w:t xml:space="preserve">_______________________</w:t>
                </w:r>
              </w:sdtContent>
            </w:sdt>
          </w:p>
        </w:tc>
      </w:tr>
      <w:tr w:rsidR="003C1B6A" w14:paraId="3C0DC86B" w14:textId="77777777">
        <w:trPr>
          <w:jc w:val="center"/>
        </w:trPr>
        <w:tc>
          <w:tcPr>
            <w:tcW w:w="2592" w:type="dxa"/>
            <w:shd w:val="clear" w:color="auto" w:fill="F4F5F4"/>
            <w:tcMar>
              <w:top w:w="70" w:type="dxa"/>
              <w:left w:w="85" w:type="dxa"/>
              <w:bottom w:w="70" w:type="dxa"/>
              <w:right w:w="85" w:type="dxa"/>
            </w:tcMar>
            <w:vAlign w:val="center"/>
          </w:tcPr>
          <w:p w14:paraId="371EFFD2" w14:textId="77777777" w:rsidR="003C1B6A" w:rsidRDefault="00B530F4">
            <w:pPr>
              <w:spacing w:after="20"/>
            </w:pPr>
            <w:r>
              <w:rPr>
                <w:sz w:val="15"/>
              </w:rPr>
              <w:t>Medication Administration</w:t>
            </w:r>
          </w:p>
        </w:tc>
        <w:tc>
          <w:tcPr>
            <w:tcW w:w="2880" w:type="dxa"/>
            <w:shd w:val="clear" w:color="auto" w:fill="F4F5F4"/>
            <w:tcMar>
              <w:top w:w="70" w:type="dxa"/>
              <w:left w:w="85" w:type="dxa"/>
              <w:bottom w:w="70" w:type="dxa"/>
              <w:right w:w="85" w:type="dxa"/>
            </w:tcMar>
            <w:vAlign w:val="center"/>
          </w:tcPr>
          <w:p w14:paraId="3B48E77E" w14:textId="77777777" w:rsidR="003C1B6A" w:rsidRDefault="00B530F4">
            <w:pPr>
              <w:spacing w:after="20"/>
            </w:pPr>
            <w:sdt>
              <w:sdtPr>
                <w:rPr>
                  <w:color w:val="C9D2CC"/>
                  <w:sz w:val="16"/>
                </w:rPr>
                <w:alias w:val="Training and qualifications - Medication Administration - Awarding body / provider"/>
                <w:tag w:val="Training and qualifications - Medication Administration - Awarding body / provider"/>
                <w:id w:val="700332"/>
                <w:showingPlcHdr/>
                <w:text/>
              </w:sdtPr>
              <w:sdtContent>
                <w:r>
                  <w:rPr>
                    <w:color w:val="C9D2CC"/>
                    <w:sz w:val="16"/>
                  </w:rPr>
                  <w:t xml:space="preserve">_______________________________</w:t>
                </w:r>
              </w:sdtContent>
            </w:sdt>
          </w:p>
        </w:tc>
        <w:tc>
          <w:tcPr>
            <w:tcW w:w="1800" w:type="dxa"/>
            <w:shd w:val="clear" w:color="auto" w:fill="F4F5F4"/>
            <w:tcMar>
              <w:top w:w="70" w:type="dxa"/>
              <w:left w:w="85" w:type="dxa"/>
              <w:bottom w:w="70" w:type="dxa"/>
              <w:right w:w="85" w:type="dxa"/>
            </w:tcMar>
            <w:vAlign w:val="center"/>
          </w:tcPr>
          <w:p w14:paraId="76E59C32" w14:textId="77777777" w:rsidR="003C1B6A" w:rsidRDefault="00B530F4">
            <w:pPr>
              <w:spacing w:after="20"/>
            </w:pPr>
            <w:sdt>
              <w:sdtPr>
                <w:rPr>
                  <w:color w:val="C9D2CC"/>
                  <w:sz w:val="16"/>
                </w:rPr>
                <w:alias w:val="Training and qualifications - Medication Administration - Date completed"/>
                <w:tag w:val="Training and qualifications - Medication Administration - Date completed"/>
                <w:id w:val="700333"/>
                <w:showingPlcHdr/>
                <w:text/>
              </w:sdtPr>
              <w:sdtContent>
                <w:r>
                  <w:rPr>
                    <w:color w:val="C9D2CC"/>
                    <w:sz w:val="16"/>
                  </w:rPr>
                  <w:t xml:space="preserve">__________________</w:t>
                </w:r>
              </w:sdtContent>
            </w:sdt>
          </w:p>
        </w:tc>
        <w:tc>
          <w:tcPr>
            <w:tcW w:w="2160" w:type="dxa"/>
            <w:shd w:val="clear" w:color="auto" w:fill="F4F5F4"/>
            <w:tcMar>
              <w:top w:w="70" w:type="dxa"/>
              <w:left w:w="85" w:type="dxa"/>
              <w:bottom w:w="70" w:type="dxa"/>
              <w:right w:w="85" w:type="dxa"/>
            </w:tcMar>
            <w:vAlign w:val="center"/>
          </w:tcPr>
          <w:p w14:paraId="61A618AE" w14:textId="77777777" w:rsidR="003C1B6A" w:rsidRDefault="00B530F4">
            <w:pPr>
              <w:spacing w:after="20"/>
            </w:pPr>
            <w:sdt>
              <w:sdtPr>
                <w:rPr>
                  <w:color w:val="C9D2CC"/>
                  <w:sz w:val="16"/>
                </w:rPr>
                <w:alias w:val="Training and qualifications - Medication Administration - Expiry / renewal date"/>
                <w:tag w:val="Training and qualifications - Medication Administration - Expiry / renewal date"/>
                <w:id w:val="700334"/>
                <w:showingPlcHdr/>
                <w:text/>
              </w:sdtPr>
              <w:sdtContent>
                <w:r>
                  <w:rPr>
                    <w:color w:val="C9D2CC"/>
                    <w:sz w:val="16"/>
                  </w:rPr>
                  <w:t xml:space="preserve">_______________________</w:t>
                </w:r>
              </w:sdtContent>
            </w:sdt>
          </w:p>
        </w:tc>
      </w:tr>
      <w:tr w:rsidR="003C1B6A" w14:paraId="61DB13C5" w14:textId="77777777">
        <w:trPr>
          <w:jc w:val="center"/>
        </w:trPr>
        <w:tc>
          <w:tcPr>
            <w:tcW w:w="2592" w:type="dxa"/>
            <w:tcMar>
              <w:top w:w="70" w:type="dxa"/>
              <w:left w:w="85" w:type="dxa"/>
              <w:bottom w:w="70" w:type="dxa"/>
              <w:right w:w="85" w:type="dxa"/>
            </w:tcMar>
            <w:vAlign w:val="center"/>
          </w:tcPr>
          <w:p w14:paraId="77CE7859" w14:textId="77777777" w:rsidR="003C1B6A" w:rsidRDefault="00B530F4">
            <w:pPr>
              <w:spacing w:after="20"/>
            </w:pPr>
            <w:r>
              <w:rPr>
                <w:sz w:val="15"/>
              </w:rPr>
              <w:t>First Aid</w:t>
            </w:r>
          </w:p>
        </w:tc>
        <w:tc>
          <w:tcPr>
            <w:tcW w:w="2880" w:type="dxa"/>
            <w:tcMar>
              <w:top w:w="70" w:type="dxa"/>
              <w:left w:w="85" w:type="dxa"/>
              <w:bottom w:w="70" w:type="dxa"/>
              <w:right w:w="85" w:type="dxa"/>
            </w:tcMar>
            <w:vAlign w:val="center"/>
          </w:tcPr>
          <w:p w14:paraId="46EBF979" w14:textId="77777777" w:rsidR="003C1B6A" w:rsidRDefault="00B530F4">
            <w:pPr>
              <w:spacing w:after="20"/>
            </w:pPr>
            <w:sdt>
              <w:sdtPr>
                <w:rPr>
                  <w:color w:val="C9D2CC"/>
                  <w:sz w:val="16"/>
                </w:rPr>
                <w:alias w:val="Training and qualifications - First Aid - Awarding body / provider"/>
                <w:tag w:val="Training and qualifications - First Aid - Awarding body / provider"/>
                <w:id w:val="700335"/>
                <w:showingPlcHdr/>
                <w:text/>
              </w:sdtPr>
              <w:sdtContent>
                <w:r>
                  <w:rPr>
                    <w:color w:val="C9D2CC"/>
                    <w:sz w:val="16"/>
                  </w:rPr>
                  <w:t xml:space="preserve">_______________________________</w:t>
                </w:r>
              </w:sdtContent>
            </w:sdt>
          </w:p>
        </w:tc>
        <w:tc>
          <w:tcPr>
            <w:tcW w:w="1800" w:type="dxa"/>
            <w:tcMar>
              <w:top w:w="70" w:type="dxa"/>
              <w:left w:w="85" w:type="dxa"/>
              <w:bottom w:w="70" w:type="dxa"/>
              <w:right w:w="85" w:type="dxa"/>
            </w:tcMar>
            <w:vAlign w:val="center"/>
          </w:tcPr>
          <w:p w14:paraId="65CE7CA2" w14:textId="77777777" w:rsidR="003C1B6A" w:rsidRDefault="00B530F4">
            <w:pPr>
              <w:spacing w:after="20"/>
            </w:pPr>
            <w:sdt>
              <w:sdtPr>
                <w:rPr>
                  <w:color w:val="C9D2CC"/>
                  <w:sz w:val="16"/>
                </w:rPr>
                <w:alias w:val="Training and qualifications - First Aid - Date completed"/>
                <w:tag w:val="Training and qualifications - First Aid - Date completed"/>
                <w:id w:val="700336"/>
                <w:showingPlcHdr/>
                <w:text/>
              </w:sdtPr>
              <w:sdtContent>
                <w:r>
                  <w:rPr>
                    <w:color w:val="C9D2CC"/>
                    <w:sz w:val="16"/>
                  </w:rPr>
                  <w:t xml:space="preserve">__________________</w:t>
                </w:r>
              </w:sdtContent>
            </w:sdt>
          </w:p>
        </w:tc>
        <w:tc>
          <w:tcPr>
            <w:tcW w:w="2160" w:type="dxa"/>
            <w:tcMar>
              <w:top w:w="70" w:type="dxa"/>
              <w:left w:w="85" w:type="dxa"/>
              <w:bottom w:w="70" w:type="dxa"/>
              <w:right w:w="85" w:type="dxa"/>
            </w:tcMar>
            <w:vAlign w:val="center"/>
          </w:tcPr>
          <w:p w14:paraId="3D903F59" w14:textId="77777777" w:rsidR="003C1B6A" w:rsidRDefault="00B530F4">
            <w:pPr>
              <w:spacing w:after="20"/>
            </w:pPr>
            <w:sdt>
              <w:sdtPr>
                <w:rPr>
                  <w:color w:val="C9D2CC"/>
                  <w:sz w:val="16"/>
                </w:rPr>
                <w:alias w:val="Training and qualifications - First Aid - Expiry / renewal date"/>
                <w:tag w:val="Training and qualifications - First Aid - Expiry / renewal date"/>
                <w:id w:val="700337"/>
                <w:showingPlcHdr/>
                <w:text/>
              </w:sdtPr>
              <w:sdtContent>
                <w:r>
                  <w:rPr>
                    <w:color w:val="C9D2CC"/>
                    <w:sz w:val="16"/>
                  </w:rPr>
                  <w:t xml:space="preserve">_______________________</w:t>
                </w:r>
              </w:sdtContent>
            </w:sdt>
          </w:p>
        </w:tc>
      </w:tr>
      <w:tr w:rsidR="003C1B6A" w14:paraId="4E5B1BFD" w14:textId="77777777">
        <w:trPr>
          <w:jc w:val="center"/>
        </w:trPr>
        <w:tc>
          <w:tcPr>
            <w:tcW w:w="2592" w:type="dxa"/>
            <w:shd w:val="clear" w:color="auto" w:fill="F4F5F4"/>
            <w:tcMar>
              <w:top w:w="70" w:type="dxa"/>
              <w:left w:w="85" w:type="dxa"/>
              <w:bottom w:w="70" w:type="dxa"/>
              <w:right w:w="85" w:type="dxa"/>
            </w:tcMar>
            <w:vAlign w:val="center"/>
          </w:tcPr>
          <w:p w14:paraId="2C924FA0" w14:textId="77777777" w:rsidR="003C1B6A" w:rsidRDefault="00B530F4">
            <w:pPr>
              <w:spacing w:after="20"/>
            </w:pPr>
            <w:r>
              <w:rPr>
                <w:sz w:val="15"/>
              </w:rPr>
              <w:t>Dementia Awareness</w:t>
            </w:r>
          </w:p>
        </w:tc>
        <w:tc>
          <w:tcPr>
            <w:tcW w:w="2880" w:type="dxa"/>
            <w:shd w:val="clear" w:color="auto" w:fill="F4F5F4"/>
            <w:tcMar>
              <w:top w:w="70" w:type="dxa"/>
              <w:left w:w="85" w:type="dxa"/>
              <w:bottom w:w="70" w:type="dxa"/>
              <w:right w:w="85" w:type="dxa"/>
            </w:tcMar>
            <w:vAlign w:val="center"/>
          </w:tcPr>
          <w:p w14:paraId="0405658D" w14:textId="77777777" w:rsidR="003C1B6A" w:rsidRDefault="00B530F4">
            <w:pPr>
              <w:spacing w:after="20"/>
            </w:pPr>
            <w:sdt>
              <w:sdtPr>
                <w:rPr>
                  <w:color w:val="C9D2CC"/>
                  <w:sz w:val="16"/>
                </w:rPr>
                <w:alias w:val="Training and qualifications - Dementia Awareness - Awarding body / provider"/>
                <w:tag w:val="Training and qualifications - Dementia Awareness - Awarding body / provider"/>
                <w:id w:val="700338"/>
                <w:showingPlcHdr/>
                <w:text/>
              </w:sdtPr>
              <w:sdtContent>
                <w:r>
                  <w:rPr>
                    <w:color w:val="C9D2CC"/>
                    <w:sz w:val="16"/>
                  </w:rPr>
                  <w:t xml:space="preserve">_______________________________</w:t>
                </w:r>
              </w:sdtContent>
            </w:sdt>
          </w:p>
        </w:tc>
        <w:tc>
          <w:tcPr>
            <w:tcW w:w="1800" w:type="dxa"/>
            <w:shd w:val="clear" w:color="auto" w:fill="F4F5F4"/>
            <w:tcMar>
              <w:top w:w="70" w:type="dxa"/>
              <w:left w:w="85" w:type="dxa"/>
              <w:bottom w:w="70" w:type="dxa"/>
              <w:right w:w="85" w:type="dxa"/>
            </w:tcMar>
            <w:vAlign w:val="center"/>
          </w:tcPr>
          <w:p w14:paraId="5E157D15" w14:textId="77777777" w:rsidR="003C1B6A" w:rsidRDefault="00B530F4">
            <w:pPr>
              <w:spacing w:after="20"/>
            </w:pPr>
            <w:sdt>
              <w:sdtPr>
                <w:rPr>
                  <w:color w:val="C9D2CC"/>
                  <w:sz w:val="16"/>
                </w:rPr>
                <w:alias w:val="Training and qualifications - Dementia Awareness - Date completed"/>
                <w:tag w:val="Training and qualifications - Dementia Awareness - Date completed"/>
                <w:id w:val="700339"/>
                <w:showingPlcHdr/>
                <w:text/>
              </w:sdtPr>
              <w:sdtContent>
                <w:r>
                  <w:rPr>
                    <w:color w:val="C9D2CC"/>
                    <w:sz w:val="16"/>
                  </w:rPr>
                  <w:t xml:space="preserve">__________________</w:t>
                </w:r>
              </w:sdtContent>
            </w:sdt>
          </w:p>
        </w:tc>
        <w:tc>
          <w:tcPr>
            <w:tcW w:w="2160" w:type="dxa"/>
            <w:shd w:val="clear" w:color="auto" w:fill="F4F5F4"/>
            <w:tcMar>
              <w:top w:w="70" w:type="dxa"/>
              <w:left w:w="85" w:type="dxa"/>
              <w:bottom w:w="70" w:type="dxa"/>
              <w:right w:w="85" w:type="dxa"/>
            </w:tcMar>
            <w:vAlign w:val="center"/>
          </w:tcPr>
          <w:p w14:paraId="796C6492" w14:textId="77777777" w:rsidR="003C1B6A" w:rsidRDefault="00B530F4">
            <w:pPr>
              <w:spacing w:after="20"/>
            </w:pPr>
            <w:sdt>
              <w:sdtPr>
                <w:rPr>
                  <w:color w:val="C9D2CC"/>
                  <w:sz w:val="16"/>
                </w:rPr>
                <w:alias w:val="Training and qualifications - Dementia Awareness - Expiry / renewal date"/>
                <w:tag w:val="Training and qualifications - Dementia Awareness - Expiry / renewal date"/>
                <w:id w:val="700340"/>
                <w:showingPlcHdr/>
                <w:text/>
              </w:sdtPr>
              <w:sdtContent>
                <w:r>
                  <w:rPr>
                    <w:color w:val="C9D2CC"/>
                    <w:sz w:val="16"/>
                  </w:rPr>
                  <w:t xml:space="preserve">_______________________</w:t>
                </w:r>
              </w:sdtContent>
            </w:sdt>
          </w:p>
        </w:tc>
      </w:tr>
      <w:tr w:rsidR="003C1B6A" w14:paraId="0FB0429F" w14:textId="77777777">
        <w:trPr>
          <w:jc w:val="center"/>
        </w:trPr>
        <w:tc>
          <w:tcPr>
            <w:tcW w:w="2592" w:type="dxa"/>
            <w:tcMar>
              <w:top w:w="70" w:type="dxa"/>
              <w:left w:w="85" w:type="dxa"/>
              <w:bottom w:w="70" w:type="dxa"/>
              <w:right w:w="85" w:type="dxa"/>
            </w:tcMar>
            <w:vAlign w:val="center"/>
          </w:tcPr>
          <w:p w14:paraId="184DA8EE" w14:textId="77777777" w:rsidR="003C1B6A" w:rsidRDefault="00B530F4">
            <w:pPr>
              <w:spacing w:after="20"/>
            </w:pPr>
            <w:r>
              <w:rPr>
                <w:sz w:val="15"/>
              </w:rPr>
              <w:t>Other</w:t>
            </w:r>
          </w:p>
        </w:tc>
        <w:tc>
          <w:tcPr>
            <w:tcW w:w="2880" w:type="dxa"/>
            <w:tcMar>
              <w:top w:w="70" w:type="dxa"/>
              <w:left w:w="85" w:type="dxa"/>
              <w:bottom w:w="70" w:type="dxa"/>
              <w:right w:w="85" w:type="dxa"/>
            </w:tcMar>
            <w:vAlign w:val="center"/>
          </w:tcPr>
          <w:p w14:paraId="76567B23" w14:textId="77777777" w:rsidR="003C1B6A" w:rsidRDefault="00B530F4">
            <w:pPr>
              <w:spacing w:after="20"/>
            </w:pPr>
            <w:sdt>
              <w:sdtPr>
                <w:rPr>
                  <w:color w:val="C9D2CC"/>
                  <w:sz w:val="16"/>
                </w:rPr>
                <w:alias w:val="Training and qualifications - Other - Awarding body / provider"/>
                <w:tag w:val="Training and qualifications - Other - Awarding body / provider"/>
                <w:id w:val="700341"/>
                <w:showingPlcHdr/>
                <w:text/>
              </w:sdtPr>
              <w:sdtContent>
                <w:r>
                  <w:rPr>
                    <w:color w:val="C9D2CC"/>
                    <w:sz w:val="16"/>
                  </w:rPr>
                  <w:t xml:space="preserve">_______________________________</w:t>
                </w:r>
              </w:sdtContent>
            </w:sdt>
          </w:p>
        </w:tc>
        <w:tc>
          <w:tcPr>
            <w:tcW w:w="1800" w:type="dxa"/>
            <w:tcMar>
              <w:top w:w="70" w:type="dxa"/>
              <w:left w:w="85" w:type="dxa"/>
              <w:bottom w:w="70" w:type="dxa"/>
              <w:right w:w="85" w:type="dxa"/>
            </w:tcMar>
            <w:vAlign w:val="center"/>
          </w:tcPr>
          <w:p w14:paraId="6EBEF542" w14:textId="77777777" w:rsidR="003C1B6A" w:rsidRDefault="00B530F4">
            <w:pPr>
              <w:spacing w:after="20"/>
            </w:pPr>
            <w:sdt>
              <w:sdtPr>
                <w:rPr>
                  <w:color w:val="C9D2CC"/>
                  <w:sz w:val="16"/>
                </w:rPr>
                <w:alias w:val="Training and qualifications - Other - Date completed"/>
                <w:tag w:val="Training and qualifications - Other - Date completed"/>
                <w:id w:val="700342"/>
                <w:showingPlcHdr/>
                <w:text/>
              </w:sdtPr>
              <w:sdtContent>
                <w:r>
                  <w:rPr>
                    <w:color w:val="C9D2CC"/>
                    <w:sz w:val="16"/>
                  </w:rPr>
                  <w:t xml:space="preserve">__________________</w:t>
                </w:r>
              </w:sdtContent>
            </w:sdt>
          </w:p>
        </w:tc>
        <w:tc>
          <w:tcPr>
            <w:tcW w:w="2160" w:type="dxa"/>
            <w:tcMar>
              <w:top w:w="70" w:type="dxa"/>
              <w:left w:w="85" w:type="dxa"/>
              <w:bottom w:w="70" w:type="dxa"/>
              <w:right w:w="85" w:type="dxa"/>
            </w:tcMar>
            <w:vAlign w:val="center"/>
          </w:tcPr>
          <w:p w14:paraId="2ED3D572" w14:textId="77777777" w:rsidR="003C1B6A" w:rsidRDefault="00B530F4">
            <w:pPr>
              <w:spacing w:after="20"/>
            </w:pPr>
            <w:sdt>
              <w:sdtPr>
                <w:rPr>
                  <w:color w:val="C9D2CC"/>
                  <w:sz w:val="16"/>
                </w:rPr>
                <w:alias w:val="Training and qualifications - Other - Expiry / renewal date"/>
                <w:tag w:val="Training and qualifications - Other - Expiry / renewal date"/>
                <w:id w:val="700343"/>
                <w:showingPlcHdr/>
                <w:text/>
              </w:sdtPr>
              <w:sdtContent>
                <w:r>
                  <w:rPr>
                    <w:color w:val="C9D2CC"/>
                    <w:sz w:val="16"/>
                  </w:rPr>
                  <w:t xml:space="preserve">_______________________</w:t>
                </w:r>
              </w:sdtContent>
            </w:sdt>
          </w:p>
        </w:tc>
      </w:tr>
    </w:tbl>
    <w:p w14:paraId="77F876D2" w14:textId="77777777" w:rsidR="003C1B6A" w:rsidRDefault="00B530F4">
      <w:pPr>
        <w:spacing w:after="40"/>
      </w:pPr>
      <w:sdt>
        <w:sdtPr>
          <w:alias w:val="Training and qualifications - I am willing to complete mandatory training required for my role"/>
          <w:tag w:val="Training and qualifications - I am willing to complete mandatory training required for my role"/>
          <w:id w:val="700183"/>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I am willing to complete mandatory training required for my role:  </w:t>
      </w:r>
      <w:sdt>
        <w:sdtPr>
          <w:alias w:val="Training and qualifications - I am willing to complete mandatory training required for my role: Yes"/>
          <w:tag w:val="Training and qualifications - I am willing to complete mandatory training required for my role: Yes"/>
          <w:id w:val="700184"/>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Yes  </w:t>
      </w:r>
      <w:sdt>
        <w:sdtPr>
          <w:alias w:val="Training and qualifications - I am willing to complete mandatory training required for my role: No"/>
          <w:tag w:val="Training and qualifications - I am willing to complete mandatory training required for my role: No"/>
          <w:id w:val="70018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No</w:t>
      </w:r>
    </w:p>
    <w:p w14:paraId="11F344D0" w14:textId="77777777" w:rsidR="003C1B6A" w:rsidRDefault="00B530F4">
      <w:r>
        <w:t>Please attach copies of relevant certificates where available.</w:t>
      </w:r>
    </w:p>
    <w:p w14:paraId="3CA3900B" w14:textId="77777777" w:rsidR="003C1B6A" w:rsidRDefault="00B530F4">
      <w:pPr>
        <w:pStyle w:val="Heading1"/>
        <w:pBdr>
          <w:bottom w:val="single" w:sz="5" w:space="2" w:color="F4C4CC"/>
        </w:pBdr>
      </w:pPr>
      <w:r>
        <w:rPr>
          <w:color w:val="526B61"/>
        </w:rPr>
        <w:t>12. DECLARATION OF ACCURACY</w:t>
      </w:r>
    </w:p>
    <w:p w14:paraId="69D9BD7A" w14:textId="77777777" w:rsidR="003C1B6A" w:rsidRDefault="00B530F4">
      <w:r>
        <w:t>I confirm that the information provided in this form is, to the best of my knowledge, complete and accurate. I understand that Pure Hearts Support Services Ltd may verify the information provided, contact previous employers and referees, and complete appropriate recruitment, identity, right-to-work and DBS checks. Any offer of employment may be subject to satisfactory checks, references, qualifications and training requirements relevant to the role. I agree to notify Pure Hearts Support Services Ltd if any materi</w:t>
      </w:r>
      <w:r>
        <w:t>al information changes.</w:t>
      </w:r>
    </w:p>
    <w:tbl>
      <w:tblPr>
        <w:tblStyle w:val="TableGrid"/>
        <w:tblW w:w="0" w:type="auto"/>
        <w:jc w:val="center"/>
        <w:tblLook w:val="04A0" w:firstRow="1" w:lastRow="0" w:firstColumn="1" w:lastColumn="0" w:noHBand="0" w:noVBand="1"/>
      </w:tblPr>
      <w:tblGrid>
        <w:gridCol w:w="5179"/>
        <w:gridCol w:w="5179"/>
      </w:tblGrid>
      <w:tr w:rsidR="003C1B6A" w14:paraId="203B5DEB" w14:textId="77777777">
        <w:trPr>
          <w:jc w:val="center"/>
        </w:trPr>
        <w:tc>
          <w:tcPr>
            <w:tcW w:w="5184" w:type="dxa"/>
            <w:shd w:val="clear" w:color="auto" w:fill="EEF2EF"/>
            <w:tcMar>
              <w:top w:w="90" w:type="dxa"/>
              <w:left w:w="85" w:type="dxa"/>
              <w:bottom w:w="90" w:type="dxa"/>
              <w:right w:w="85" w:type="dxa"/>
            </w:tcMar>
          </w:tcPr>
          <w:p w14:paraId="6146D619" w14:textId="77777777" w:rsidR="003C1B6A" w:rsidRDefault="00B530F4">
            <w:pPr>
              <w:spacing w:after="140"/>
            </w:pPr>
            <w:r>
              <w:rPr>
                <w:b/>
                <w:sz w:val="17"/>
              </w:rPr>
              <w:t>Candidate's full name</w:t>
            </w:r>
          </w:p>
          <w:p w14:paraId="759062AF" w14:textId="77777777" w:rsidR="003C1B6A" w:rsidRDefault="00B530F4">
            <w:pPr>
              <w:spacing w:after="0"/>
            </w:pPr>
            <w:sdt>
              <w:sdtPr>
                <w:rPr>
                  <w:color w:val="A0AAA4"/>
                  <w:sz w:val="16"/>
                </w:rPr>
                <w:alias w:val="Declaration of accuracy - Candidate's full name"/>
                <w:tag w:val="Declaration of accuracy - Candidate's full name"/>
                <w:id w:val="700186"/>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3F26B91A" w14:textId="77777777" w:rsidR="003C1B6A" w:rsidRDefault="00B530F4">
            <w:pPr>
              <w:spacing w:after="140"/>
            </w:pPr>
            <w:r>
              <w:rPr>
                <w:b/>
                <w:sz w:val="17"/>
              </w:rPr>
              <w:t>Candidate's signature</w:t>
            </w:r>
          </w:p>
          <w:p w14:paraId="4B97F914" w14:textId="77777777" w:rsidR="003C1B6A" w:rsidRDefault="00B530F4">
            <w:pPr>
              <w:spacing w:after="0"/>
            </w:pPr>
            <w:sdt>
              <w:sdtPr>
                <w:rPr>
                  <w:color w:val="A0AAA4"/>
                  <w:sz w:val="16"/>
                </w:rPr>
                <w:alias w:val="Declaration of accuracy - Candidate's signature"/>
                <w:tag w:val="Declaration of accuracy - Candidate's signature"/>
                <w:id w:val="700187"/>
                <w:showingPlcHdr/>
                <w:text/>
              </w:sdtPr>
              <w:sdtContent>
                <w:r>
                  <w:rPr>
                    <w:color w:val="A0AAA4"/>
                    <w:sz w:val="16"/>
                  </w:rPr>
                  <w:t xml:space="preserve">_________________________________________________________</w:t>
                </w:r>
              </w:sdtContent>
            </w:sdt>
          </w:p>
        </w:tc>
      </w:tr>
      <w:tr w:rsidR="003C1B6A" w14:paraId="1C9D729A" w14:textId="77777777">
        <w:trPr>
          <w:jc w:val="center"/>
        </w:trPr>
        <w:tc>
          <w:tcPr>
            <w:tcW w:w="5184" w:type="dxa"/>
            <w:shd w:val="clear" w:color="auto" w:fill="FFFFFF"/>
            <w:tcMar>
              <w:top w:w="90" w:type="dxa"/>
              <w:left w:w="85" w:type="dxa"/>
              <w:bottom w:w="90" w:type="dxa"/>
              <w:right w:w="85" w:type="dxa"/>
            </w:tcMar>
          </w:tcPr>
          <w:p w14:paraId="208EB832" w14:textId="77777777" w:rsidR="003C1B6A" w:rsidRDefault="00B530F4">
            <w:pPr>
              <w:spacing w:after="140"/>
            </w:pPr>
            <w:r>
              <w:rPr>
                <w:b/>
                <w:sz w:val="17"/>
              </w:rPr>
              <w:t>Date</w:t>
            </w:r>
          </w:p>
          <w:p w14:paraId="1E3D1601" w14:textId="77777777" w:rsidR="003C1B6A" w:rsidRDefault="00B530F4">
            <w:pPr>
              <w:spacing w:after="0"/>
            </w:pPr>
            <w:sdt>
              <w:sdtPr>
                <w:rPr>
                  <w:color w:val="A0AAA4"/>
                  <w:sz w:val="16"/>
                </w:rPr>
                <w:alias w:val="Declaration of accuracy - Date"/>
                <w:tag w:val="Declaration of accuracy - Date"/>
                <w:id w:val="700188"/>
                <w:showingPlcHdr/>
                <w:text/>
              </w:sdtPr>
              <w:sdtContent>
                <w:r>
                  <w:rPr>
                    <w:color w:val="A0AAA4"/>
                    <w:sz w:val="16"/>
                  </w:rPr>
                  <w:t xml:space="preserve">_________________________________________________________</w:t>
                </w:r>
              </w:sdtContent>
            </w:sdt>
          </w:p>
        </w:tc>
        <w:tc>
          <w:tcPr>
            <w:tcW w:w="5184" w:type="dxa"/>
            <w:shd w:val="clear" w:color="auto" w:fill="FFFFFF"/>
          </w:tcPr>
          <w:p w14:paraId="2881F4EA" w14:textId="77777777" w:rsidR="003C1B6A" w:rsidRDefault="003C1B6A"/>
        </w:tc>
      </w:tr>
    </w:tbl>
    <w:p w14:paraId="5F423D42" w14:textId="77777777" w:rsidR="003C1B6A" w:rsidRDefault="00B530F4">
      <w:pPr>
        <w:pStyle w:val="Heading1"/>
      </w:pPr>
      <w:r>
        <w:lastRenderedPageBreak/>
        <w:t>CQC SAFER RECRUITMENT CHECKS – RECRUITMENT TEAM USE ONLY</w:t>
      </w:r>
    </w:p>
    <w:p w14:paraId="0B34F97A" w14:textId="77777777" w:rsidR="003C1B6A" w:rsidRDefault="00B530F4">
      <w:r>
        <w:t>Complete and retain the evidence below in the staff recruitment file. Relevant checks should be completed and verified before the person starts regulated work, unless a lawful, documented arrangement applies.</w:t>
      </w:r>
    </w:p>
    <w:tbl>
      <w:tblPr>
        <w:tblW w:w="0" w:type="auto"/>
        <w:tblBorders>
          <w:top w:val="single" w:sz="4" w:space="0" w:color="C9D3CD"/>
          <w:left w:val="single" w:sz="4" w:space="0" w:color="C9D3CD"/>
          <w:bottom w:val="single" w:sz="4" w:space="0" w:color="C9D3CD"/>
          <w:right w:val="single" w:sz="4" w:space="0" w:color="C9D3CD"/>
          <w:insideH w:val="single" w:sz="4" w:space="0" w:color="C9D3CD"/>
          <w:insideV w:val="single" w:sz="4" w:space="0" w:color="C9D3CD"/>
        </w:tblBorders>
        <w:tblLook w:val="04A0" w:firstRow="1" w:lastRow="0" w:firstColumn="1" w:lastColumn="0" w:noHBand="0" w:noVBand="1"/>
      </w:tblPr>
      <w:tblGrid>
        <w:gridCol w:w="6016"/>
        <w:gridCol w:w="3075"/>
      </w:tblGrid>
      <w:tr w:rsidR="003C1B6A" w14:paraId="2206082C" w14:textId="77777777">
        <w:tc>
          <w:tcPr>
            <w:tcW w:w="0" w:type="auto"/>
            <w:shd w:val="clear" w:color="auto" w:fill="EEF2EF"/>
          </w:tcPr>
          <w:p w14:paraId="0A537166" w14:textId="77777777" w:rsidR="003C1B6A" w:rsidRDefault="00B530F4">
            <w:r>
              <w:rPr>
                <w:sz w:val="16"/>
              </w:rPr>
              <w:t>Identity checked and evidence recorded</w:t>
            </w:r>
          </w:p>
        </w:tc>
        <w:tc>
          <w:tcPr>
            <w:tcW w:w="0" w:type="auto"/>
            <w:shd w:val="clear" w:color="auto" w:fill="EEF2EF"/>
          </w:tcPr>
          <w:p w14:paraId="3E3212BF" w14:textId="77777777" w:rsidR="003C1B6A" w:rsidRDefault="00B530F4">
            <w:sdt>
              <w:sdtPr>
                <w:rPr>
                  <w:rFonts w:ascii="MS Gothic" w:hAnsi="MS Gothic" w:eastAsia="MS Gothic" w:cs="MS Gothic"/>
                  <w:sz w:val="16"/>
                </w:rPr>
                <w:alias w:val="CQC safer recruitment checks – recruitment team use only - Identity checked and evidence recorded: Complete"/>
                <w:tag w:val="CQC safer recruitment checks – recruitment team use only - Identity checked and evidence recorded: Complete"/>
                <w:id w:val="700189"/>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Identity checked and evidence recorded: Pending"/>
                <w:tag w:val="CQC safer recruitment checks – recruitment team use only - Identity checked and evidence recorded: Pending"/>
                <w:id w:val="700190"/>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   Date: </w:t>
            </w:r>
            <w:sdt>
              <w:sdtPr>
                <w:rPr>
                  <w:sz w:val="16"/>
                </w:rPr>
                <w:alias w:val="CQC safer recruitment checks – recruitment team use only - Identity checked and evidence recorded - Date"/>
                <w:tag w:val="CQC safer recruitment checks – recruitment team use only - Identity checked and evidence recorded - Date"/>
                <w:id w:val="700191"/>
                <w:showingPlcHdr/>
                <w:text/>
              </w:sdtPr>
              <w:sdtContent>
                <w:r>
                  <w:rPr>
                    <w:sz w:val="16"/>
                  </w:rPr>
                  <w:t xml:space="preserve">__________</w:t>
                </w:r>
              </w:sdtContent>
            </w:sdt>
          </w:p>
        </w:tc>
      </w:tr>
      <w:tr w:rsidR="003C1B6A" w14:paraId="6D4B491D" w14:textId="77777777">
        <w:tc>
          <w:tcPr>
            <w:tcW w:w="0" w:type="auto"/>
            <w:shd w:val="clear" w:color="auto" w:fill="FFFFFF"/>
          </w:tcPr>
          <w:p w14:paraId="5C745135" w14:textId="77777777" w:rsidR="003C1B6A" w:rsidRDefault="00B530F4">
            <w:r>
              <w:rPr>
                <w:sz w:val="16"/>
              </w:rPr>
              <w:t>Right to work checked and evidence/share-code result retained</w:t>
            </w:r>
          </w:p>
        </w:tc>
        <w:tc>
          <w:tcPr>
            <w:tcW w:w="0" w:type="auto"/>
            <w:shd w:val="clear" w:color="auto" w:fill="FFFFFF"/>
          </w:tcPr>
          <w:p w14:paraId="755C3432" w14:textId="77777777" w:rsidR="003C1B6A" w:rsidRDefault="00B530F4">
            <w:sdt>
              <w:sdtPr>
                <w:rPr>
                  <w:rFonts w:ascii="MS Gothic" w:hAnsi="MS Gothic" w:eastAsia="MS Gothic" w:cs="MS Gothic"/>
                  <w:sz w:val="16"/>
                </w:rPr>
                <w:alias w:val="CQC safer recruitment checks – recruitment team use only - Right to work checked and evidence/share-code result retained: Complete"/>
                <w:tag w:val="CQC safer recruitment checks – recruitment team use only - Right to work checked and evidence/share-code result retained: Complete"/>
                <w:id w:val="700192"/>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Right to work checked and evidence/share-code result retained: Pending"/>
                <w:tag w:val="CQC safer recruitment checks – recruitment team use only - Right to work checked and evidence/share-code result retained: Pending"/>
                <w:id w:val="700193"/>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   Date: </w:t>
            </w:r>
            <w:sdt>
              <w:sdtPr>
                <w:rPr>
                  <w:sz w:val="16"/>
                </w:rPr>
                <w:alias w:val="CQC safer recruitment checks – recruitment team use only - Right to work checked and evidence/share-code result retained - Date"/>
                <w:tag w:val="CQC safer recruitment checks – recruitment team use only - Right to work checked and evidence/share-code result retained - Date"/>
                <w:id w:val="700194"/>
                <w:showingPlcHdr/>
                <w:text/>
              </w:sdtPr>
              <w:sdtContent>
                <w:r>
                  <w:rPr>
                    <w:sz w:val="16"/>
                  </w:rPr>
                  <w:t xml:space="preserve">__________</w:t>
                </w:r>
              </w:sdtContent>
            </w:sdt>
          </w:p>
        </w:tc>
      </w:tr>
      <w:tr w:rsidR="003C1B6A" w14:paraId="5E13B6D4" w14:textId="77777777">
        <w:tc>
          <w:tcPr>
            <w:tcW w:w="0" w:type="auto"/>
            <w:shd w:val="clear" w:color="auto" w:fill="EEF2EF"/>
          </w:tcPr>
          <w:p w14:paraId="7C40CD8D" w14:textId="77777777" w:rsidR="003C1B6A" w:rsidRDefault="00B530F4">
            <w:r>
              <w:rPr>
                <w:sz w:val="16"/>
              </w:rPr>
              <w:t>Full employment history obtained and checked</w:t>
            </w:r>
          </w:p>
        </w:tc>
        <w:tc>
          <w:tcPr>
            <w:tcW w:w="0" w:type="auto"/>
            <w:shd w:val="clear" w:color="auto" w:fill="EEF2EF"/>
          </w:tcPr>
          <w:p w14:paraId="5D1A8957" w14:textId="77777777" w:rsidR="003C1B6A" w:rsidRDefault="00B530F4">
            <w:sdt>
              <w:sdtPr>
                <w:rPr>
                  <w:rFonts w:ascii="MS Gothic" w:hAnsi="MS Gothic" w:eastAsia="MS Gothic" w:cs="MS Gothic"/>
                  <w:sz w:val="16"/>
                </w:rPr>
                <w:alias w:val="CQC safer recruitment checks – recruitment team use only - Full employment history obtained and checked: Complete"/>
                <w:tag w:val="CQC safer recruitment checks – recruitment team use only - Full employment history obtained and checked: Complete"/>
                <w:id w:val="700195"/>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Full employment history obtained and checked: Pending"/>
                <w:tag w:val="CQC safer recruitment checks – recruitment team use only - Full employment history obtained and checked: Pending"/>
                <w:id w:val="700196"/>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2F5ABCC2" w14:textId="77777777">
        <w:tc>
          <w:tcPr>
            <w:tcW w:w="0" w:type="auto"/>
            <w:shd w:val="clear" w:color="auto" w:fill="FFFFFF"/>
          </w:tcPr>
          <w:p w14:paraId="3559D642" w14:textId="77777777" w:rsidR="003C1B6A" w:rsidRDefault="00B530F4">
            <w:r>
              <w:rPr>
                <w:sz w:val="16"/>
              </w:rPr>
              <w:t>Employment gaps explored and explanations recorded</w:t>
            </w:r>
          </w:p>
        </w:tc>
        <w:tc>
          <w:tcPr>
            <w:tcW w:w="0" w:type="auto"/>
            <w:shd w:val="clear" w:color="auto" w:fill="FFFFFF"/>
          </w:tcPr>
          <w:p w14:paraId="527D6363" w14:textId="77777777" w:rsidR="003C1B6A" w:rsidRDefault="00B530F4">
            <w:sdt>
              <w:sdtPr>
                <w:rPr>
                  <w:rFonts w:ascii="MS Gothic" w:hAnsi="MS Gothic" w:eastAsia="MS Gothic" w:cs="MS Gothic"/>
                  <w:sz w:val="16"/>
                </w:rPr>
                <w:alias w:val="CQC safer recruitment checks – recruitment team use only - Employment gaps explored and explanations recorded: Complete"/>
                <w:tag w:val="CQC safer recruitment checks – recruitment team use only - Employment gaps explored and explanations recorded: Complete"/>
                <w:id w:val="700197"/>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Employment gaps explored and explanations recorded: Pending"/>
                <w:tag w:val="CQC safer recruitment checks – recruitment team use only - Employment gaps explored and explanations recorded: Pending"/>
                <w:id w:val="700198"/>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7F653908" w14:textId="77777777">
        <w:tc>
          <w:tcPr>
            <w:tcW w:w="0" w:type="auto"/>
            <w:shd w:val="clear" w:color="auto" w:fill="EEF2EF"/>
          </w:tcPr>
          <w:p w14:paraId="4708389D" w14:textId="77777777" w:rsidR="003C1B6A" w:rsidRDefault="00B530F4">
            <w:r>
              <w:rPr>
                <w:sz w:val="16"/>
              </w:rPr>
              <w:t>Reasons for leaving previous roles verified where appropriate</w:t>
            </w:r>
          </w:p>
        </w:tc>
        <w:tc>
          <w:tcPr>
            <w:tcW w:w="0" w:type="auto"/>
            <w:shd w:val="clear" w:color="auto" w:fill="EEF2EF"/>
          </w:tcPr>
          <w:p w14:paraId="2170CC95" w14:textId="77777777" w:rsidR="003C1B6A" w:rsidRDefault="00B530F4">
            <w:sdt>
              <w:sdtPr>
                <w:rPr>
                  <w:rFonts w:ascii="MS Gothic" w:hAnsi="MS Gothic" w:eastAsia="MS Gothic" w:cs="MS Gothic"/>
                  <w:sz w:val="16"/>
                </w:rPr>
                <w:alias w:val="CQC safer recruitment checks – recruitment team use only - Reasons for leaving previous roles verified where appropriate: Complete"/>
                <w:tag w:val="CQC safer recruitment checks – recruitment team use only - Reasons for leaving previous roles verified where appropriate: Complete"/>
                <w:id w:val="700199"/>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Reasons for leaving previous roles verified where appropriate: Pending"/>
                <w:tag w:val="CQC safer recruitment checks – recruitment team use only - Reasons for leaving previous roles verified where appropriate: Pending"/>
                <w:id w:val="700200"/>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22FA9F9F" w14:textId="77777777">
        <w:tc>
          <w:tcPr>
            <w:tcW w:w="0" w:type="auto"/>
            <w:shd w:val="clear" w:color="auto" w:fill="FFFFFF"/>
          </w:tcPr>
          <w:p w14:paraId="6949DDFE" w14:textId="77777777" w:rsidR="003C1B6A" w:rsidRDefault="00B530F4">
            <w:r>
              <w:rPr>
                <w:sz w:val="16"/>
              </w:rPr>
              <w:t>References received, authenticated and checked</w:t>
            </w:r>
          </w:p>
        </w:tc>
        <w:tc>
          <w:tcPr>
            <w:tcW w:w="0" w:type="auto"/>
            <w:shd w:val="clear" w:color="auto" w:fill="FFFFFF"/>
          </w:tcPr>
          <w:p w14:paraId="51D63D4D" w14:textId="77777777" w:rsidR="003C1B6A" w:rsidRDefault="00B530F4">
            <w:sdt>
              <w:sdtPr>
                <w:rPr>
                  <w:rFonts w:ascii="MS Gothic" w:hAnsi="MS Gothic" w:eastAsia="MS Gothic" w:cs="MS Gothic"/>
                  <w:sz w:val="16"/>
                </w:rPr>
                <w:alias w:val="CQC safer recruitment checks – recruitment team use only - References received, authenticated and checked: Complete"/>
                <w:tag w:val="CQC safer recruitment checks – recruitment team use only - References received, authenticated and checked: Complete"/>
                <w:id w:val="700201"/>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References received, authenticated and checked: Pending"/>
                <w:tag w:val="CQC safer recruitment checks – recruitment team use only - References received, authenticated and checked: Pending"/>
                <w:id w:val="700202"/>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4E571E8E" w14:textId="77777777">
        <w:tc>
          <w:tcPr>
            <w:tcW w:w="0" w:type="auto"/>
            <w:shd w:val="clear" w:color="auto" w:fill="EEF2EF"/>
          </w:tcPr>
          <w:p w14:paraId="03CA58C7" w14:textId="77777777" w:rsidR="003C1B6A" w:rsidRDefault="00B530F4">
            <w:r>
              <w:rPr>
                <w:sz w:val="16"/>
              </w:rPr>
              <w:t>Care-sector reference obtained where applicant has care experience</w:t>
            </w:r>
          </w:p>
        </w:tc>
        <w:tc>
          <w:tcPr>
            <w:tcW w:w="0" w:type="auto"/>
            <w:shd w:val="clear" w:color="auto" w:fill="EEF2EF"/>
          </w:tcPr>
          <w:p w14:paraId="04BC7EBF" w14:textId="77777777" w:rsidR="003C1B6A" w:rsidRDefault="00B530F4">
            <w:sdt>
              <w:sdtPr>
                <w:rPr>
                  <w:rFonts w:ascii="MS Gothic" w:hAnsi="MS Gothic" w:eastAsia="MS Gothic" w:cs="MS Gothic"/>
                  <w:sz w:val="16"/>
                </w:rPr>
                <w:alias w:val="CQC safer recruitment checks – recruitment team use only - Care-sector reference obtained where applicant has care experience: Complete"/>
                <w:tag w:val="CQC safer recruitment checks – recruitment team use only - Care-sector reference obtained where applicant has care experience: Complete"/>
                <w:id w:val="700203"/>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Care-sector reference obtained where applicant has care experience: N/A"/>
                <w:tag w:val="CQC safer recruitment checks – recruitment team use only - Care-sector reference obtained where applicant has care experience: N/A"/>
                <w:id w:val="700204"/>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N/A  </w:t>
            </w:r>
            <w:sdt>
              <w:sdtPr>
                <w:rPr>
                  <w:rFonts w:ascii="MS Gothic" w:hAnsi="MS Gothic" w:eastAsia="MS Gothic" w:cs="MS Gothic"/>
                  <w:sz w:val="16"/>
                </w:rPr>
                <w:alias w:val="CQC safer recruitment checks – recruitment team use only - Care-sector reference obtained where applicant has care experience: Pending"/>
                <w:tag w:val="CQC safer recruitment checks – recruitment team use only - Care-sector reference obtained where applicant has care experience: Pending"/>
                <w:id w:val="700205"/>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3E1C2F67" w14:textId="77777777">
        <w:tc>
          <w:tcPr>
            <w:tcW w:w="0" w:type="auto"/>
            <w:shd w:val="clear" w:color="auto" w:fill="FFFFFF"/>
          </w:tcPr>
          <w:p w14:paraId="7F3C1E20" w14:textId="77777777" w:rsidR="003C1B6A" w:rsidRDefault="00B530F4">
            <w:r>
              <w:rPr>
                <w:sz w:val="16"/>
              </w:rPr>
              <w:t>DBS level/eligibility assessed; appropriate check completed</w:t>
            </w:r>
          </w:p>
        </w:tc>
        <w:tc>
          <w:tcPr>
            <w:tcW w:w="0" w:type="auto"/>
            <w:shd w:val="clear" w:color="auto" w:fill="FFFFFF"/>
          </w:tcPr>
          <w:p w14:paraId="405CAB16" w14:textId="77777777" w:rsidR="003C1B6A" w:rsidRDefault="00B530F4">
            <w:sdt>
              <w:sdtPr>
                <w:rPr>
                  <w:rFonts w:ascii="MS Gothic" w:hAnsi="MS Gothic" w:eastAsia="MS Gothic" w:cs="MS Gothic"/>
                  <w:sz w:val="16"/>
                </w:rPr>
                <w:alias w:val="CQC safer recruitment checks – recruitment team use only - DBS level/eligibility assessed; appropriate check completed: Complete"/>
                <w:tag w:val="CQC safer recruitment checks – recruitment team use only - DBS level/eligibility assessed; appropriate check completed: Complete"/>
                <w:id w:val="700206"/>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DBS level/eligibility assessed; appropriate check completed: Pending"/>
                <w:tag w:val="CQC safer recruitment checks – recruitment team use only - DBS level/eligibility assessed; appropriate check completed: Pending"/>
                <w:id w:val="700207"/>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2ACE61C5" w14:textId="77777777">
        <w:tc>
          <w:tcPr>
            <w:tcW w:w="0" w:type="auto"/>
            <w:shd w:val="clear" w:color="auto" w:fill="EEF2EF"/>
          </w:tcPr>
          <w:p w14:paraId="5A535609" w14:textId="77777777" w:rsidR="003C1B6A" w:rsidRDefault="00B530F4">
            <w:r>
              <w:rPr>
                <w:sz w:val="16"/>
              </w:rPr>
              <w:t>Relevant qualifications and training verified</w:t>
            </w:r>
          </w:p>
        </w:tc>
        <w:tc>
          <w:tcPr>
            <w:tcW w:w="0" w:type="auto"/>
            <w:shd w:val="clear" w:color="auto" w:fill="EEF2EF"/>
          </w:tcPr>
          <w:p w14:paraId="4A188C62" w14:textId="77777777" w:rsidR="003C1B6A" w:rsidRDefault="00B530F4">
            <w:sdt>
              <w:sdtPr>
                <w:rPr>
                  <w:rFonts w:ascii="MS Gothic" w:hAnsi="MS Gothic" w:eastAsia="MS Gothic" w:cs="MS Gothic"/>
                  <w:sz w:val="16"/>
                </w:rPr>
                <w:alias w:val="CQC safer recruitment checks – recruitment team use only - Relevant qualifications and training verified: Complete"/>
                <w:tag w:val="CQC safer recruitment checks – recruitment team use only - Relevant qualifications and training verified: Complete"/>
                <w:id w:val="700208"/>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Relevant qualifications and training verified: N/A"/>
                <w:tag w:val="CQC safer recruitment checks – recruitment team use only - Relevant qualifications and training verified: N/A"/>
                <w:id w:val="700209"/>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N/A  </w:t>
            </w:r>
            <w:sdt>
              <w:sdtPr>
                <w:rPr>
                  <w:rFonts w:ascii="MS Gothic" w:hAnsi="MS Gothic" w:eastAsia="MS Gothic" w:cs="MS Gothic"/>
                  <w:sz w:val="16"/>
                </w:rPr>
                <w:alias w:val="CQC safer recruitment checks – recruitment team use only - Relevant qualifications and training verified: Pending"/>
                <w:tag w:val="CQC safer recruitment checks – recruitment team use only - Relevant qualifications and training verified: Pending"/>
                <w:id w:val="700210"/>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31FD24DF" w14:textId="77777777">
        <w:tc>
          <w:tcPr>
            <w:tcW w:w="0" w:type="auto"/>
            <w:shd w:val="clear" w:color="auto" w:fill="FFFFFF"/>
          </w:tcPr>
          <w:p w14:paraId="4A89980F" w14:textId="77777777" w:rsidR="003C1B6A" w:rsidRDefault="00B530F4">
            <w:r>
              <w:rPr>
                <w:sz w:val="16"/>
              </w:rPr>
              <w:t>Interview/suitability assessment recorded</w:t>
            </w:r>
          </w:p>
        </w:tc>
        <w:tc>
          <w:tcPr>
            <w:tcW w:w="0" w:type="auto"/>
            <w:shd w:val="clear" w:color="auto" w:fill="FFFFFF"/>
          </w:tcPr>
          <w:p w14:paraId="1B9B5AF5" w14:textId="77777777" w:rsidR="003C1B6A" w:rsidRDefault="00B530F4">
            <w:sdt>
              <w:sdtPr>
                <w:rPr>
                  <w:rFonts w:ascii="MS Gothic" w:hAnsi="MS Gothic" w:eastAsia="MS Gothic" w:cs="MS Gothic"/>
                  <w:sz w:val="16"/>
                </w:rPr>
                <w:alias w:val="CQC safer recruitment checks – recruitment team use only - Interview/suitability assessment recorded: Complete"/>
                <w:tag w:val="CQC safer recruitment checks – recruitment team use only - Interview/suitability assessment recorded: Complete"/>
                <w:id w:val="700211"/>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Interview/suitability assessment recorded: Pending"/>
                <w:tag w:val="CQC safer recruitment checks – recruitment team use only - Interview/suitability assessment recorded: Pending"/>
                <w:id w:val="700212"/>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3D22F8B6" w14:textId="77777777">
        <w:tc>
          <w:tcPr>
            <w:tcW w:w="0" w:type="auto"/>
            <w:shd w:val="clear" w:color="auto" w:fill="EEF2EF"/>
          </w:tcPr>
          <w:p w14:paraId="577C5DDF" w14:textId="77777777" w:rsidR="003C1B6A" w:rsidRDefault="00B530F4">
            <w:r>
              <w:rPr>
                <w:sz w:val="16"/>
              </w:rPr>
              <w:t>Competence and induction plan documented; supervision arranged until competent</w:t>
            </w:r>
          </w:p>
        </w:tc>
        <w:tc>
          <w:tcPr>
            <w:tcW w:w="0" w:type="auto"/>
            <w:shd w:val="clear" w:color="auto" w:fill="EEF2EF"/>
          </w:tcPr>
          <w:p w14:paraId="592A0C33" w14:textId="77777777" w:rsidR="003C1B6A" w:rsidRDefault="00B530F4">
            <w:sdt>
              <w:sdtPr>
                <w:rPr>
                  <w:rFonts w:ascii="MS Gothic" w:hAnsi="MS Gothic" w:eastAsia="MS Gothic" w:cs="MS Gothic"/>
                  <w:sz w:val="16"/>
                </w:rPr>
                <w:alias w:val="CQC safer recruitment checks – recruitment team use only - Competence and induction plan documented; supervision arranged until competent: Complete"/>
                <w:tag w:val="CQC safer recruitment checks – recruitment team use only - Competence and induction plan documented; supervision arranged until competent: Complete"/>
                <w:id w:val="700213"/>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Competence and induction plan documented; supervision arranged until competent: Pending"/>
                <w:tag w:val="CQC safer recruitment checks – recruitment team use only - Competence and induction plan documented; supervision arranged until competent: Pending"/>
                <w:id w:val="700214"/>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5DA9D18F" w14:textId="77777777">
        <w:tc>
          <w:tcPr>
            <w:tcW w:w="0" w:type="auto"/>
            <w:shd w:val="clear" w:color="auto" w:fill="FFFFFF"/>
          </w:tcPr>
          <w:p w14:paraId="01AC4573" w14:textId="77777777" w:rsidR="003C1B6A" w:rsidRDefault="00B530F4">
            <w:r>
              <w:rPr>
                <w:sz w:val="16"/>
              </w:rPr>
              <w:t>Any concerns, discrepancies and decisions with rationale recorded</w:t>
            </w:r>
          </w:p>
        </w:tc>
        <w:tc>
          <w:tcPr>
            <w:tcW w:w="0" w:type="auto"/>
            <w:shd w:val="clear" w:color="auto" w:fill="FFFFFF"/>
          </w:tcPr>
          <w:p w14:paraId="48F0EC66" w14:textId="77777777" w:rsidR="003C1B6A" w:rsidRDefault="00B530F4">
            <w:sdt>
              <w:sdtPr>
                <w:rPr>
                  <w:rFonts w:ascii="MS Gothic" w:hAnsi="MS Gothic" w:eastAsia="MS Gothic" w:cs="MS Gothic"/>
                  <w:sz w:val="16"/>
                </w:rPr>
                <w:alias w:val="CQC safer recruitment checks – recruitment team use only - Any concerns, discrepancies and decisions with rationale recorded: Complete"/>
                <w:tag w:val="CQC safer recruitment checks – recruitment team use only - Any concerns, discrepancies and decisions with rationale recorded: Complete"/>
                <w:id w:val="700215"/>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Complete  </w:t>
            </w:r>
            <w:sdt>
              <w:sdtPr>
                <w:rPr>
                  <w:rFonts w:ascii="MS Gothic" w:hAnsi="MS Gothic" w:eastAsia="MS Gothic" w:cs="MS Gothic"/>
                  <w:sz w:val="16"/>
                </w:rPr>
                <w:alias w:val="CQC safer recruitment checks – recruitment team use only - Any concerns, discrepancies and decisions with rationale recorded: N/A"/>
                <w:tag w:val="CQC safer recruitment checks – recruitment team use only - Any concerns, discrepancies and decisions with rationale recorded: N/A"/>
                <w:id w:val="700216"/>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N/A  </w:t>
            </w:r>
            <w:sdt>
              <w:sdtPr>
                <w:rPr>
                  <w:rFonts w:ascii="MS Gothic" w:hAnsi="MS Gothic" w:eastAsia="MS Gothic" w:cs="MS Gothic"/>
                  <w:sz w:val="16"/>
                </w:rPr>
                <w:alias w:val="CQC safer recruitment checks – recruitment team use only - Any concerns, discrepancies and decisions with rationale recorded: Pending"/>
                <w:tag w:val="CQC safer recruitment checks – recruitment team use only - Any concerns, discrepancies and decisions with rationale recorded: Pending"/>
                <w:id w:val="700217"/>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w:t>
            </w:r>
          </w:p>
        </w:tc>
      </w:tr>
      <w:tr w:rsidR="003C1B6A" w14:paraId="46C1B66A" w14:textId="77777777">
        <w:tc>
          <w:tcPr>
            <w:tcW w:w="0" w:type="auto"/>
            <w:shd w:val="clear" w:color="auto" w:fill="EEF2EF"/>
          </w:tcPr>
          <w:p w14:paraId="56D936E3" w14:textId="77777777" w:rsidR="003C1B6A" w:rsidRDefault="00B530F4">
            <w:r>
              <w:rPr>
                <w:sz w:val="16"/>
              </w:rPr>
              <w:t>Recruitment approval and authorised decision recorded</w:t>
            </w:r>
          </w:p>
        </w:tc>
        <w:tc>
          <w:tcPr>
            <w:tcW w:w="0" w:type="auto"/>
            <w:shd w:val="clear" w:color="auto" w:fill="EEF2EF"/>
          </w:tcPr>
          <w:p w14:paraId="661B776E" w14:textId="77777777" w:rsidR="003C1B6A" w:rsidRDefault="00B530F4">
            <w:sdt>
              <w:sdtPr>
                <w:rPr>
                  <w:rFonts w:ascii="MS Gothic" w:hAnsi="MS Gothic" w:eastAsia="MS Gothic" w:cs="MS Gothic"/>
                  <w:sz w:val="16"/>
                </w:rPr>
                <w:alias w:val="CQC safer recruitment checks – recruitment team use only - Recruitment approval and authorised decision recorded: Approved"/>
                <w:tag w:val="CQC safer recruitment checks – recruitment team use only - Recruitment approval and authorised decision recorded: Approved"/>
                <w:id w:val="700218"/>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Approved  </w:t>
            </w:r>
            <w:sdt>
              <w:sdtPr>
                <w:rPr>
                  <w:rFonts w:ascii="MS Gothic" w:hAnsi="MS Gothic" w:eastAsia="MS Gothic" w:cs="MS Gothic"/>
                  <w:sz w:val="16"/>
                </w:rPr>
                <w:alias w:val="CQC safer recruitment checks – recruitment team use only - Recruitment approval and authorised decision recorded: Pending"/>
                <w:tag w:val="CQC safer recruitment checks – recruitment team use only - Recruitment approval and authorised decision recorded: Pending"/>
                <w:id w:val="700219"/>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Pending  </w:t>
            </w:r>
            <w:sdt>
              <w:sdtPr>
                <w:rPr>
                  <w:rFonts w:ascii="MS Gothic" w:hAnsi="MS Gothic" w:eastAsia="MS Gothic" w:cs="MS Gothic"/>
                  <w:sz w:val="16"/>
                </w:rPr>
                <w:alias w:val="CQC safer recruitment checks – recruitment team use only - Recruitment approval and authorised decision recorded: Not approved"/>
                <w:tag w:val="CQC safer recruitment checks – recruitment team use only - Recruitment approval and authorised decision recorded: Not approved"/>
                <w:id w:val="700220"/>
                <w14:checkbox>
                  <w14:checked w14:val="0"/>
                  <w14:checkedState w14:val="2612" w14:font="MS Gothic"/>
                  <w14:uncheckedState w14:val="2610" w14:font="MS Gothic"/>
                </w14:checkbox>
              </w:sdtPr>
              <w:sdtContent>
                <w:r>
                  <w:rPr>
                    <w:rFonts w:ascii="MS Gothic" w:hAnsi="MS Gothic" w:eastAsia="MS Gothic" w:cs="MS Gothic"/>
                    <w:sz w:val="16"/>
                  </w:rPr>
                  <w:t xml:space="preserve">☐</w:t>
                </w:r>
              </w:sdtContent>
            </w:sdt>
            <w:r>
              <w:rPr>
                <w:sz w:val="16"/>
              </w:rPr>
              <w:t xml:space="preserve"> Not approved</w:t>
            </w:r>
          </w:p>
        </w:tc>
      </w:tr>
    </w:tbl>
    <w:p w14:paraId="107FD93A" w14:textId="77777777" w:rsidR="003C1B6A" w:rsidRDefault="00B530F4">
      <w:r>
        <w:t xml:space="preserve">Recruitment checks completed by: </w:t>
      </w:r>
      <w:sdt>
        <w:sdtPr>
          <w:rPr/>
          <w:alias w:val="CQC safer recruitment checks – recruitment team use only - Recruitment checks completed by"/>
          <w:tag w:val="CQC safer recruitment checks – recruitment team use only - Recruitment checks completed by"/>
          <w:id w:val="700221"/>
          <w:showingPlcHdr/>
          <w:text/>
        </w:sdtPr>
        <w:sdtContent>
          <w:r>
            <w:rPr/>
            <w:t xml:space="preserve">__________________________</w:t>
          </w:r>
        </w:sdtContent>
      </w:sdt>
      <w:r>
        <w:t xml:space="preserve">  Signature: </w:t>
      </w:r>
      <w:sdt>
        <w:sdtPr>
          <w:rPr/>
          <w:alias w:val="CQC safer recruitment checks – recruitment team use only - Signature"/>
          <w:tag w:val="CQC safer recruitment checks – recruitment team use only - Signature"/>
          <w:id w:val="700222"/>
          <w:showingPlcHdr/>
          <w:text/>
        </w:sdtPr>
        <w:sdtContent>
          <w:r>
            <w:rPr/>
            <w:t xml:space="preserve">__________________________</w:t>
          </w:r>
        </w:sdtContent>
      </w:sdt>
      <w:r>
        <w:t xml:space="preserve">  Date: </w:t>
      </w:r>
      <w:sdt>
        <w:sdtPr>
          <w:rPr/>
          <w:alias w:val="CQC safer recruitment checks – recruitment team use only - Date"/>
          <w:tag w:val="CQC safer recruitment checks – recruitment team use only - Date"/>
          <w:id w:val="700223"/>
          <w:showingPlcHdr/>
          <w:text/>
        </w:sdtPr>
        <w:sdtContent>
          <w:r>
            <w:rPr/>
            <w:t xml:space="preserve">______________</w:t>
          </w:r>
        </w:sdtContent>
      </w:sdt>
    </w:p>
    <w:p w14:paraId="13BD3BF2" w14:textId="77777777" w:rsidR="003C1B6A" w:rsidRDefault="00B530F4">
      <w:r>
        <w:t>Outstanding actions / reasons for any decision to proceed despite a discrepancy (attach supporting records):</w:t>
      </w:r>
    </w:p>
    <w:p w14:paraId="5DB17D64" w14:textId="77777777" w:rsidR="003C1B6A" w:rsidRDefault="00B530F4">
      <w:sdt>
        <w:sdtPr>
          <w:rPr/>
          <w:alias w:val="CQC safer recruitment checks – recruitment team use only - Outstanding actions / reasons for any decision to proceed despite a discrepancy (attach supporting re"/>
          <w:tag w:val="CQC safer recruitment checks – recruitment team use only - Outstanding actions / reasons for any decision to proceed despite a discrepancy (attach supporting re"/>
          <w:id w:val="700224"/>
          <w:showingPlcHdr/>
          <w:text/>
        </w:sdtPr>
        <w:sdtContent>
          <w:r>
            <w:rPr/>
            <w:t xml:space="preserve">________________________________________________________________________________</w:t>
          </w:r>
        </w:sdtContent>
      </w:sdt>
    </w:p>
    <w:p w14:paraId="7D24544B" w14:textId="77777777" w:rsidR="003C1B6A" w:rsidRDefault="00B530F4">
      <w:sdt>
        <w:sdtPr>
          <w:rPr/>
          <w:alias w:val="CQC safer recruitment checks – recruitment team use only - Outstanding actions / reasons for any decision to proceed despite a discrepancy (attach supporting re (2)"/>
          <w:tag w:val="CQC safer recruitment checks – recruitment team use only - Outstanding actions / reasons for any decision to proceed despite a discrepancy (attach supporting re (2)"/>
          <w:id w:val="700225"/>
          <w:showingPlcHdr/>
          <w:text/>
        </w:sdtPr>
        <w:sdtContent>
          <w:r>
            <w:rPr/>
            <w:t xml:space="preserve">________________________________________________________________________________</w:t>
          </w:r>
        </w:sdtContent>
      </w:sdt>
    </w:p>
    <w:p w14:paraId="75C2C1D2" w14:textId="77777777" w:rsidR="003C1B6A" w:rsidRDefault="00B530F4">
      <w:pPr>
        <w:pStyle w:val="Heading1"/>
        <w:pBdr>
          <w:bottom w:val="single" w:sz="5" w:space="2" w:color="F4C4CC"/>
        </w:pBdr>
      </w:pPr>
      <w:r>
        <w:rPr>
          <w:color w:val="526B61"/>
        </w:rPr>
        <w:t>13. DOCUMENT CHECKLIST</w:t>
      </w:r>
    </w:p>
    <w:p w14:paraId="4B9289CD" w14:textId="77777777" w:rsidR="003C1B6A" w:rsidRDefault="00B530F4">
      <w:pPr>
        <w:pStyle w:val="Heading2"/>
      </w:pPr>
      <w:r>
        <w:t>IDENTITY AND RIGHT TO WORK</w:t>
      </w:r>
    </w:p>
    <w:p w14:paraId="4FBD68B2" w14:textId="77777777" w:rsidR="003C1B6A" w:rsidRDefault="00B530F4">
      <w:pPr>
        <w:spacing w:after="40"/>
      </w:pPr>
      <w:sdt>
        <w:sdtPr>
          <w:alias w:val="Document checklist - Identity and right to work - Primary identity document"/>
          <w:tag w:val="Document checklist - Identity and right to work - Primary identity document"/>
          <w:id w:val="70022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Primary identity document</w:t>
      </w:r>
    </w:p>
    <w:p w14:paraId="30664BBB" w14:textId="77777777" w:rsidR="003C1B6A" w:rsidRDefault="00B530F4">
      <w:pPr>
        <w:spacing w:after="40"/>
      </w:pPr>
      <w:sdt>
        <w:sdtPr>
          <w:alias w:val="Document checklist - Identity and right to work - Secondary identity document, where required"/>
          <w:tag w:val="Document checklist - Identity and right to work - Secondary identity document, where required"/>
          <w:id w:val="70022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Secondary identity document, where required</w:t>
      </w:r>
    </w:p>
    <w:p w14:paraId="5F742152" w14:textId="77777777" w:rsidR="003C1B6A" w:rsidRDefault="00B530F4">
      <w:pPr>
        <w:spacing w:after="40"/>
      </w:pPr>
      <w:sdt>
        <w:sdtPr>
          <w:alias w:val="Document checklist - Identity and right to work - Right-to-work evidence or share code, where applicable"/>
          <w:tag w:val="Document checklist - Identity and right to work - Right-to-work evidence or share code, where applicable"/>
          <w:id w:val="70022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Right-to-work evidence or share code, where applicable</w:t>
      </w:r>
    </w:p>
    <w:p w14:paraId="052F1F35" w14:textId="77777777" w:rsidR="003C1B6A" w:rsidRDefault="00B530F4">
      <w:pPr>
        <w:spacing w:after="40"/>
      </w:pPr>
      <w:sdt>
        <w:sdtPr>
          <w:alias w:val="Document checklist - Identity and right to work - Proof of current address"/>
          <w:tag w:val="Document checklist - Identity and right to work - Proof of current address"/>
          <w:id w:val="70022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Proof of current address</w:t>
      </w:r>
    </w:p>
    <w:p w14:paraId="7BCCF49D" w14:textId="77777777" w:rsidR="003C1B6A" w:rsidRDefault="00B530F4">
      <w:pPr>
        <w:spacing w:after="40"/>
      </w:pPr>
      <w:sdt>
        <w:sdtPr>
          <w:alias w:val="Document checklist - Identity and right to work - Evidence of name change, where applicable"/>
          <w:tag w:val="Document checklist - Identity and right to work - Evidence of name change, where applicable"/>
          <w:id w:val="700230"/>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Evidence of name change, where applicable</w:t>
      </w:r>
    </w:p>
    <w:p w14:paraId="00D12C5E" w14:textId="77777777" w:rsidR="003C1B6A" w:rsidRDefault="00B530F4">
      <w:pPr>
        <w:pStyle w:val="Heading2"/>
      </w:pPr>
      <w:r>
        <w:t>EMPLOYMENT AND QUALIFICATIONS</w:t>
      </w:r>
    </w:p>
    <w:p w14:paraId="739FB30A" w14:textId="77777777" w:rsidR="003C1B6A" w:rsidRDefault="00B530F4">
      <w:pPr>
        <w:spacing w:after="40"/>
      </w:pPr>
      <w:sdt>
        <w:sdtPr>
          <w:alias w:val="Document checklist - Employment and qualifications - CV, if available"/>
          <w:tag w:val="Document checklist - Employment and qualifications - CV, if available"/>
          <w:id w:val="700231"/>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CV, if available</w:t>
      </w:r>
    </w:p>
    <w:p w14:paraId="50A47CDF" w14:textId="77777777" w:rsidR="003C1B6A" w:rsidRDefault="00B530F4">
      <w:pPr>
        <w:spacing w:after="40"/>
      </w:pPr>
      <w:sdt>
        <w:sdtPr>
          <w:alias w:val="Document checklist - Employment and qualifications - Complete employment history"/>
          <w:tag w:val="Document checklist - Employment and qualifications - Complete employment history"/>
          <w:id w:val="700232"/>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Complete employment history</w:t>
      </w:r>
    </w:p>
    <w:p w14:paraId="51574E27" w14:textId="77777777" w:rsidR="003C1B6A" w:rsidRDefault="00B530F4">
      <w:pPr>
        <w:spacing w:after="40"/>
      </w:pPr>
      <w:sdt>
        <w:sdtPr>
          <w:alias w:val="Document checklist - Employment and qualifications - Explanation of employment gaps"/>
          <w:tag w:val="Document checklist - Employment and qualifications - Explanation of employment gaps"/>
          <w:id w:val="700233"/>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Explanation of employment gaps</w:t>
      </w:r>
    </w:p>
    <w:p w14:paraId="1D5E1186" w14:textId="77777777" w:rsidR="003C1B6A" w:rsidRDefault="00B530F4">
      <w:pPr>
        <w:spacing w:after="40"/>
      </w:pPr>
      <w:sdt>
        <w:sdtPr>
          <w:alias w:val="Document checklist - Employment and qualifications - Qualification certificates"/>
          <w:tag w:val="Document checklist - Employment and qualifications - Qualification certificates"/>
          <w:id w:val="700234"/>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Qualification certificates</w:t>
      </w:r>
    </w:p>
    <w:p w14:paraId="3CD315F9" w14:textId="77777777" w:rsidR="003C1B6A" w:rsidRDefault="00B530F4">
      <w:pPr>
        <w:spacing w:after="40"/>
      </w:pPr>
      <w:sdt>
        <w:sdtPr>
          <w:alias w:val="Document checklist - Employment and qualifications - Training certificates"/>
          <w:tag w:val="Document checklist - Employment and qualifications - Training certificates"/>
          <w:id w:val="700235"/>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Training certificates</w:t>
      </w:r>
    </w:p>
    <w:p w14:paraId="08FED890" w14:textId="77777777" w:rsidR="003C1B6A" w:rsidRDefault="00B530F4">
      <w:pPr>
        <w:spacing w:after="40"/>
      </w:pPr>
      <w:sdt>
        <w:sdtPr>
          <w:alias w:val="Document checklist - Employment and qualifications - DBS information, where applicable"/>
          <w:tag w:val="Document checklist - Employment and qualifications - DBS information, where applicable"/>
          <w:id w:val="700236"/>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DBS information, where applicable</w:t>
      </w:r>
    </w:p>
    <w:p w14:paraId="33C6BD64" w14:textId="77777777" w:rsidR="003C1B6A" w:rsidRDefault="00B530F4">
      <w:pPr>
        <w:pStyle w:val="Heading2"/>
      </w:pPr>
      <w:r>
        <w:t>PAYROLL AND REFERENCES</w:t>
      </w:r>
    </w:p>
    <w:p w14:paraId="6A5C7E31" w14:textId="77777777" w:rsidR="003C1B6A" w:rsidRDefault="00B530F4">
      <w:pPr>
        <w:spacing w:after="40"/>
      </w:pPr>
      <w:sdt>
        <w:sdtPr>
          <w:alias w:val="Document checklist - Payroll and references - Bank details provided securely"/>
          <w:tag w:val="Document checklist - Payroll and references - Bank details provided securely"/>
          <w:id w:val="700237"/>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Bank details provided securely</w:t>
      </w:r>
    </w:p>
    <w:p w14:paraId="796207F9" w14:textId="77777777" w:rsidR="003C1B6A" w:rsidRDefault="00B530F4">
      <w:pPr>
        <w:spacing w:after="40"/>
      </w:pPr>
      <w:sdt>
        <w:sdtPr>
          <w:alias w:val="Document checklist - Payroll and references - HMRC starter checklist completed"/>
          <w:tag w:val="Document checklist - Payroll and references - HMRC starter checklist completed"/>
          <w:id w:val="700238"/>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HMRC starter checklist completed</w:t>
      </w:r>
    </w:p>
    <w:p w14:paraId="40D8C40F" w14:textId="77777777" w:rsidR="003C1B6A" w:rsidRDefault="00B530F4">
      <w:pPr>
        <w:spacing w:after="40"/>
      </w:pPr>
      <w:sdt>
        <w:sdtPr>
          <w:alias w:val="Document checklist - Payroll and references - Student loan information, where applicable"/>
          <w:tag w:val="Document checklist - Payroll and references - Student loan information, where applicable"/>
          <w:id w:val="700239"/>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Student loan information, where applicable</w:t>
      </w:r>
    </w:p>
    <w:p w14:paraId="56E63CCE" w14:textId="77777777" w:rsidR="003C1B6A" w:rsidRDefault="00B530F4">
      <w:pPr>
        <w:spacing w:after="40"/>
      </w:pPr>
      <w:sdt>
        <w:sdtPr>
          <w:alias w:val="Document checklist - Payroll and references - Reference details completed"/>
          <w:tag w:val="Document checklist - Payroll and references - Reference details completed"/>
          <w:id w:val="700240"/>
          <w14:checkbox>
            <w14:checked w14:val="0"/>
            <w14:checkedState w14:val="2612" w14:font="MS Gothic"/>
            <w14:uncheckedState w14:val="2610" w14:font="MS Gothic"/>
          </w14:checkbox>
        </w:sdtPr>
        <w:sdtContent>
          <w:r>
            <w:rPr>
              <w:rFonts w:ascii="MS Gothic" w:hAnsi="MS Gothic" w:eastAsia="MS Gothic" w:cs="MS Gothic"/>
            </w:rPr>
            <w:t xml:space="preserve">☐</w:t>
          </w:r>
        </w:sdtContent>
      </w:sdt>
      <w:r>
        <w:t xml:space="preserve">  Reference details completed</w:t>
      </w:r>
    </w:p>
    <w:p w14:paraId="59B77E01" w14:textId="77777777" w:rsidR="003C1B6A" w:rsidRDefault="00B530F4">
      <w:pPr>
        <w:pStyle w:val="Heading1"/>
        <w:pBdr>
          <w:bottom w:val="single" w:sz="5" w:space="2" w:color="F4C4CC"/>
        </w:pBdr>
      </w:pPr>
      <w:r>
        <w:rPr>
          <w:color w:val="526B61"/>
        </w:rPr>
        <w:lastRenderedPageBreak/>
        <w:t>RECRUITMENT TEAM USE ONLY</w:t>
      </w:r>
    </w:p>
    <w:tbl>
      <w:tblPr>
        <w:tblStyle w:val="TableGrid"/>
        <w:tblW w:w="0" w:type="auto"/>
        <w:jc w:val="center"/>
        <w:tblLook w:val="04A0" w:firstRow="1" w:lastRow="0" w:firstColumn="1" w:lastColumn="0" w:noHBand="0" w:noVBand="1"/>
      </w:tblPr>
      <w:tblGrid>
        <w:gridCol w:w="5179"/>
        <w:gridCol w:w="5179"/>
      </w:tblGrid>
      <w:tr w:rsidR="003C1B6A" w14:paraId="20B9927E" w14:textId="77777777">
        <w:trPr>
          <w:jc w:val="center"/>
        </w:trPr>
        <w:tc>
          <w:tcPr>
            <w:tcW w:w="5184" w:type="dxa"/>
            <w:shd w:val="clear" w:color="auto" w:fill="EEF2EF"/>
            <w:tcMar>
              <w:top w:w="90" w:type="dxa"/>
              <w:left w:w="85" w:type="dxa"/>
              <w:bottom w:w="90" w:type="dxa"/>
              <w:right w:w="85" w:type="dxa"/>
            </w:tcMar>
          </w:tcPr>
          <w:p w14:paraId="6F69DE07" w14:textId="77777777" w:rsidR="003C1B6A" w:rsidRDefault="00B530F4">
            <w:pPr>
              <w:spacing w:after="140"/>
            </w:pPr>
            <w:r>
              <w:rPr>
                <w:b/>
                <w:sz w:val="17"/>
              </w:rPr>
              <w:t>Candidate's name</w:t>
            </w:r>
          </w:p>
          <w:p w14:paraId="4B77A170" w14:textId="77777777" w:rsidR="003C1B6A" w:rsidRDefault="00B530F4">
            <w:pPr>
              <w:spacing w:after="0"/>
            </w:pPr>
            <w:sdt>
              <w:sdtPr>
                <w:rPr>
                  <w:color w:val="A0AAA4"/>
                  <w:sz w:val="16"/>
                </w:rPr>
                <w:alias w:val="Recruitment team use only - Candidate's name"/>
                <w:tag w:val="Recruitment team use only - Candidate's name"/>
                <w:id w:val="700241"/>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477918EF" w14:textId="77777777" w:rsidR="003C1B6A" w:rsidRDefault="00B530F4">
            <w:pPr>
              <w:spacing w:after="140"/>
            </w:pPr>
            <w:r>
              <w:rPr>
                <w:b/>
                <w:sz w:val="17"/>
              </w:rPr>
              <w:t>Role applied for</w:t>
            </w:r>
          </w:p>
          <w:p w14:paraId="0BBE5B19" w14:textId="77777777" w:rsidR="003C1B6A" w:rsidRDefault="00B530F4">
            <w:pPr>
              <w:spacing w:after="0"/>
            </w:pPr>
            <w:sdt>
              <w:sdtPr>
                <w:rPr>
                  <w:color w:val="A0AAA4"/>
                  <w:sz w:val="16"/>
                </w:rPr>
                <w:alias w:val="Recruitment team use only - Role applied for"/>
                <w:tag w:val="Recruitment team use only - Role applied for"/>
                <w:id w:val="700242"/>
                <w:showingPlcHdr/>
                <w:text/>
              </w:sdtPr>
              <w:sdtContent>
                <w:r>
                  <w:rPr>
                    <w:color w:val="A0AAA4"/>
                    <w:sz w:val="16"/>
                  </w:rPr>
                  <w:t xml:space="preserve">_________________________________________________________</w:t>
                </w:r>
              </w:sdtContent>
            </w:sdt>
          </w:p>
        </w:tc>
      </w:tr>
      <w:tr w:rsidR="003C1B6A" w14:paraId="2CB6FB40" w14:textId="77777777">
        <w:trPr>
          <w:jc w:val="center"/>
        </w:trPr>
        <w:tc>
          <w:tcPr>
            <w:tcW w:w="5184" w:type="dxa"/>
            <w:shd w:val="clear" w:color="auto" w:fill="FFFFFF"/>
            <w:tcMar>
              <w:top w:w="90" w:type="dxa"/>
              <w:left w:w="85" w:type="dxa"/>
              <w:bottom w:w="90" w:type="dxa"/>
              <w:right w:w="85" w:type="dxa"/>
            </w:tcMar>
          </w:tcPr>
          <w:p w14:paraId="0A35BF66" w14:textId="77777777" w:rsidR="003C1B6A" w:rsidRDefault="00B530F4">
            <w:pPr>
              <w:spacing w:after="140"/>
            </w:pPr>
            <w:r>
              <w:rPr>
                <w:b/>
                <w:sz w:val="17"/>
              </w:rPr>
              <w:t>Documents checked by</w:t>
            </w:r>
          </w:p>
          <w:p w14:paraId="4AFC5471" w14:textId="77777777" w:rsidR="003C1B6A" w:rsidRDefault="00B530F4">
            <w:pPr>
              <w:spacing w:after="0"/>
            </w:pPr>
            <w:sdt>
              <w:sdtPr>
                <w:rPr>
                  <w:color w:val="A0AAA4"/>
                  <w:sz w:val="16"/>
                </w:rPr>
                <w:alias w:val="Recruitment team use only - Documents checked by"/>
                <w:tag w:val="Recruitment team use only - Documents checked by"/>
                <w:id w:val="700243"/>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4D404938" w14:textId="77777777" w:rsidR="003C1B6A" w:rsidRDefault="00B530F4">
            <w:pPr>
              <w:spacing w:after="140"/>
            </w:pPr>
            <w:r>
              <w:rPr>
                <w:b/>
                <w:sz w:val="17"/>
              </w:rPr>
              <w:t>Date checks completed</w:t>
            </w:r>
          </w:p>
          <w:p w14:paraId="3645BED6" w14:textId="77777777" w:rsidR="003C1B6A" w:rsidRDefault="00B530F4">
            <w:pPr>
              <w:spacing w:after="0"/>
            </w:pPr>
            <w:sdt>
              <w:sdtPr>
                <w:rPr>
                  <w:color w:val="A0AAA4"/>
                  <w:sz w:val="16"/>
                </w:rPr>
                <w:alias w:val="Recruitment team use only - Date checks completed"/>
                <w:tag w:val="Recruitment team use only - Date checks completed"/>
                <w:id w:val="700244"/>
                <w:showingPlcHdr/>
                <w:text/>
              </w:sdtPr>
              <w:sdtContent>
                <w:r>
                  <w:rPr>
                    <w:color w:val="A0AAA4"/>
                    <w:sz w:val="16"/>
                  </w:rPr>
                  <w:t xml:space="preserve">_________________________________________________________</w:t>
                </w:r>
              </w:sdtContent>
            </w:sdt>
          </w:p>
        </w:tc>
      </w:tr>
      <w:tr w:rsidR="003C1B6A" w14:paraId="2363372D" w14:textId="77777777">
        <w:trPr>
          <w:jc w:val="center"/>
        </w:trPr>
        <w:tc>
          <w:tcPr>
            <w:tcW w:w="5184" w:type="dxa"/>
            <w:shd w:val="clear" w:color="auto" w:fill="EEF2EF"/>
            <w:tcMar>
              <w:top w:w="90" w:type="dxa"/>
              <w:left w:w="85" w:type="dxa"/>
              <w:bottom w:w="90" w:type="dxa"/>
              <w:right w:w="85" w:type="dxa"/>
            </w:tcMar>
          </w:tcPr>
          <w:p w14:paraId="02D1821F" w14:textId="77777777" w:rsidR="003C1B6A" w:rsidRDefault="00B530F4">
            <w:pPr>
              <w:spacing w:after="140"/>
            </w:pPr>
            <w:r>
              <w:rPr>
                <w:b/>
                <w:sz w:val="17"/>
              </w:rPr>
              <w:t xml:space="preserve">Right-to-work check: </w:t>
            </w:r>
            <w:sdt>
              <w:sdtPr>
                <w:rPr>
                  <w:rFonts w:ascii="MS Gothic" w:hAnsi="MS Gothic" w:eastAsia="MS Gothic" w:cs="MS Gothic"/>
                  <w:b/>
                  <w:sz w:val="17"/>
                </w:rPr>
                <w:alias w:val="Recruitment team use only - Right-to-work check: Complete"/>
                <w:tag w:val="Recruitment team use only - Right-to-work check: Complete"/>
                <w:id w:val="700245"/>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Complete </w:t>
            </w:r>
            <w:sdt>
              <w:sdtPr>
                <w:rPr>
                  <w:rFonts w:ascii="MS Gothic" w:hAnsi="MS Gothic" w:eastAsia="MS Gothic" w:cs="MS Gothic"/>
                  <w:b/>
                  <w:sz w:val="17"/>
                </w:rPr>
                <w:alias w:val="Recruitment team use only - Right-to-work check: Pending"/>
                <w:tag w:val="Recruitment team use only - Right-to-work check: Pending"/>
                <w:id w:val="700246"/>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Pending</w:t>
            </w:r>
          </w:p>
          <w:p w14:paraId="3A7997C2" w14:textId="77777777" w:rsidR="003C1B6A" w:rsidRDefault="00B530F4">
            <w:pPr>
              <w:spacing w:after="0"/>
            </w:pPr>
            <w:sdt>
              <w:sdtPr>
                <w:rPr>
                  <w:color w:val="A0AAA4"/>
                  <w:sz w:val="16"/>
                </w:rPr>
                <w:alias w:val="Recruitment team use only - Right-to-work check"/>
                <w:tag w:val="Recruitment team use only - Right-to-work check"/>
                <w:id w:val="700247"/>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65BFC5AB" w14:textId="77777777" w:rsidR="003C1B6A" w:rsidRDefault="00B530F4">
            <w:pPr>
              <w:spacing w:after="140"/>
            </w:pPr>
            <w:r>
              <w:rPr>
                <w:b/>
                <w:sz w:val="17"/>
              </w:rPr>
              <w:t xml:space="preserve">Identity check: </w:t>
            </w:r>
            <w:sdt>
              <w:sdtPr>
                <w:rPr>
                  <w:rFonts w:ascii="MS Gothic" w:hAnsi="MS Gothic" w:eastAsia="MS Gothic" w:cs="MS Gothic"/>
                  <w:b/>
                  <w:sz w:val="17"/>
                </w:rPr>
                <w:alias w:val="Recruitment team use only - Identity check: Complete"/>
                <w:tag w:val="Recruitment team use only - Identity check: Complete"/>
                <w:id w:val="700248"/>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Complete </w:t>
            </w:r>
            <w:sdt>
              <w:sdtPr>
                <w:rPr>
                  <w:rFonts w:ascii="MS Gothic" w:hAnsi="MS Gothic" w:eastAsia="MS Gothic" w:cs="MS Gothic"/>
                  <w:b/>
                  <w:sz w:val="17"/>
                </w:rPr>
                <w:alias w:val="Recruitment team use only - Identity check: Pending"/>
                <w:tag w:val="Recruitment team use only - Identity check: Pending"/>
                <w:id w:val="700249"/>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Pending</w:t>
            </w:r>
          </w:p>
          <w:p w14:paraId="090F19F3" w14:textId="77777777" w:rsidR="003C1B6A" w:rsidRDefault="00B530F4">
            <w:pPr>
              <w:spacing w:after="0"/>
            </w:pPr>
            <w:sdt>
              <w:sdtPr>
                <w:rPr>
                  <w:color w:val="A0AAA4"/>
                  <w:sz w:val="16"/>
                </w:rPr>
                <w:alias w:val="Recruitment team use only - Identity check"/>
                <w:tag w:val="Recruitment team use only - Identity check"/>
                <w:id w:val="700250"/>
                <w:showingPlcHdr/>
                <w:text/>
              </w:sdtPr>
              <w:sdtContent>
                <w:r>
                  <w:rPr>
                    <w:color w:val="A0AAA4"/>
                    <w:sz w:val="16"/>
                  </w:rPr>
                  <w:t xml:space="preserve">_________________________________________________________</w:t>
                </w:r>
              </w:sdtContent>
            </w:sdt>
          </w:p>
        </w:tc>
      </w:tr>
      <w:tr w:rsidR="003C1B6A" w14:paraId="2937192A" w14:textId="77777777">
        <w:trPr>
          <w:jc w:val="center"/>
        </w:trPr>
        <w:tc>
          <w:tcPr>
            <w:tcW w:w="5184" w:type="dxa"/>
            <w:shd w:val="clear" w:color="auto" w:fill="FFFFFF"/>
            <w:tcMar>
              <w:top w:w="90" w:type="dxa"/>
              <w:left w:w="85" w:type="dxa"/>
              <w:bottom w:w="90" w:type="dxa"/>
              <w:right w:w="85" w:type="dxa"/>
            </w:tcMar>
          </w:tcPr>
          <w:p w14:paraId="30488028" w14:textId="77777777" w:rsidR="003C1B6A" w:rsidRDefault="00B530F4">
            <w:pPr>
              <w:spacing w:after="140"/>
            </w:pPr>
            <w:r>
              <w:rPr>
                <w:b/>
                <w:sz w:val="17"/>
              </w:rPr>
              <w:t xml:space="preserve">References: </w:t>
            </w:r>
            <w:sdt>
              <w:sdtPr>
                <w:rPr>
                  <w:rFonts w:ascii="MS Gothic" w:hAnsi="MS Gothic" w:eastAsia="MS Gothic" w:cs="MS Gothic"/>
                  <w:b/>
                  <w:sz w:val="17"/>
                </w:rPr>
                <w:alias w:val="Recruitment team use only - References: Verified"/>
                <w:tag w:val="Recruitment team use only - References: Verified"/>
                <w:id w:val="700251"/>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Verified </w:t>
            </w:r>
            <w:sdt>
              <w:sdtPr>
                <w:rPr>
                  <w:rFonts w:ascii="MS Gothic" w:hAnsi="MS Gothic" w:eastAsia="MS Gothic" w:cs="MS Gothic"/>
                  <w:b/>
                  <w:sz w:val="17"/>
                </w:rPr>
                <w:alias w:val="Recruitment team use only - References: Pending"/>
                <w:tag w:val="Recruitment team use only - References: Pending"/>
                <w:id w:val="700252"/>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Pending</w:t>
            </w:r>
          </w:p>
          <w:p w14:paraId="68694AF5" w14:textId="77777777" w:rsidR="003C1B6A" w:rsidRDefault="00B530F4">
            <w:pPr>
              <w:spacing w:after="0"/>
            </w:pPr>
            <w:sdt>
              <w:sdtPr>
                <w:rPr>
                  <w:color w:val="A0AAA4"/>
                  <w:sz w:val="16"/>
                </w:rPr>
                <w:alias w:val="Recruitment team use only - References"/>
                <w:tag w:val="Recruitment team use only - References"/>
                <w:id w:val="700253"/>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2A6D7D56" w14:textId="77777777" w:rsidR="003C1B6A" w:rsidRDefault="00B530F4">
            <w:pPr>
              <w:spacing w:after="140"/>
            </w:pPr>
            <w:r>
              <w:rPr>
                <w:b/>
                <w:sz w:val="17"/>
              </w:rPr>
              <w:t xml:space="preserve">DBS action: </w:t>
            </w:r>
            <w:sdt>
              <w:sdtPr>
                <w:rPr>
                  <w:rFonts w:ascii="MS Gothic" w:hAnsi="MS Gothic" w:eastAsia="MS Gothic" w:cs="MS Gothic"/>
                  <w:b/>
                  <w:sz w:val="17"/>
                </w:rPr>
                <w:alias w:val="Recruitment team use only - DBS action: Complete"/>
                <w:tag w:val="Recruitment team use only - DBS action: Complete"/>
                <w:id w:val="700254"/>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Complete </w:t>
            </w:r>
            <w:sdt>
              <w:sdtPr>
                <w:rPr>
                  <w:rFonts w:ascii="MS Gothic" w:hAnsi="MS Gothic" w:eastAsia="MS Gothic" w:cs="MS Gothic"/>
                  <w:b/>
                  <w:sz w:val="17"/>
                </w:rPr>
                <w:alias w:val="Recruitment team use only - DBS action: Pending"/>
                <w:tag w:val="Recruitment team use only - DBS action: Pending"/>
                <w:id w:val="700255"/>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Pending</w:t>
            </w:r>
          </w:p>
          <w:p w14:paraId="456E0809" w14:textId="77777777" w:rsidR="003C1B6A" w:rsidRDefault="00B530F4">
            <w:pPr>
              <w:spacing w:after="0"/>
            </w:pPr>
            <w:sdt>
              <w:sdtPr>
                <w:rPr>
                  <w:color w:val="A0AAA4"/>
                  <w:sz w:val="16"/>
                </w:rPr>
                <w:alias w:val="Recruitment team use only - DBS action"/>
                <w:tag w:val="Recruitment team use only - DBS action"/>
                <w:id w:val="700256"/>
                <w:showingPlcHdr/>
                <w:text/>
              </w:sdtPr>
              <w:sdtContent>
                <w:r>
                  <w:rPr>
                    <w:color w:val="A0AAA4"/>
                    <w:sz w:val="16"/>
                  </w:rPr>
                  <w:t xml:space="preserve">_________________________________________________________</w:t>
                </w:r>
              </w:sdtContent>
            </w:sdt>
          </w:p>
        </w:tc>
      </w:tr>
      <w:tr w:rsidR="003C1B6A" w14:paraId="2BF3921A" w14:textId="77777777">
        <w:trPr>
          <w:jc w:val="center"/>
        </w:trPr>
        <w:tc>
          <w:tcPr>
            <w:tcW w:w="5184" w:type="dxa"/>
            <w:shd w:val="clear" w:color="auto" w:fill="EEF2EF"/>
            <w:tcMar>
              <w:top w:w="90" w:type="dxa"/>
              <w:left w:w="85" w:type="dxa"/>
              <w:bottom w:w="90" w:type="dxa"/>
              <w:right w:w="85" w:type="dxa"/>
            </w:tcMar>
          </w:tcPr>
          <w:p w14:paraId="41CD1635" w14:textId="77777777" w:rsidR="003C1B6A" w:rsidRDefault="00B530F4">
            <w:pPr>
              <w:spacing w:after="140"/>
            </w:pPr>
            <w:r>
              <w:rPr>
                <w:b/>
                <w:sz w:val="17"/>
              </w:rPr>
              <w:t xml:space="preserve">Qualifications: </w:t>
            </w:r>
            <w:sdt>
              <w:sdtPr>
                <w:rPr>
                  <w:rFonts w:ascii="MS Gothic" w:hAnsi="MS Gothic" w:eastAsia="MS Gothic" w:cs="MS Gothic"/>
                  <w:b/>
                  <w:sz w:val="17"/>
                </w:rPr>
                <w:alias w:val="Recruitment team use only - Qualifications: Verified"/>
                <w:tag w:val="Recruitment team use only - Qualifications: Verified"/>
                <w:id w:val="700257"/>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Verified </w:t>
            </w:r>
            <w:sdt>
              <w:sdtPr>
                <w:rPr>
                  <w:rFonts w:ascii="MS Gothic" w:hAnsi="MS Gothic" w:eastAsia="MS Gothic" w:cs="MS Gothic"/>
                  <w:b/>
                  <w:sz w:val="17"/>
                </w:rPr>
                <w:alias w:val="Recruitment team use only - Qualifications: Pending"/>
                <w:tag w:val="Recruitment team use only - Qualifications: Pending"/>
                <w:id w:val="700258"/>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Pending</w:t>
            </w:r>
          </w:p>
          <w:p w14:paraId="73D9C0B3" w14:textId="77777777" w:rsidR="003C1B6A" w:rsidRDefault="00B530F4">
            <w:pPr>
              <w:spacing w:after="0"/>
            </w:pPr>
            <w:sdt>
              <w:sdtPr>
                <w:rPr>
                  <w:color w:val="A0AAA4"/>
                  <w:sz w:val="16"/>
                </w:rPr>
                <w:alias w:val="Recruitment team use only - Qualifications"/>
                <w:tag w:val="Recruitment team use only - Qualifications"/>
                <w:id w:val="700259"/>
                <w:showingPlcHdr/>
                <w:text/>
              </w:sdtPr>
              <w:sdtContent>
                <w:r>
                  <w:rPr>
                    <w:color w:val="A0AAA4"/>
                    <w:sz w:val="16"/>
                  </w:rPr>
                  <w:t xml:space="preserve">_________________________________________________________</w:t>
                </w:r>
              </w:sdtContent>
            </w:sdt>
          </w:p>
        </w:tc>
        <w:tc>
          <w:tcPr>
            <w:tcW w:w="5184" w:type="dxa"/>
            <w:shd w:val="clear" w:color="auto" w:fill="EEF2EF"/>
            <w:tcMar>
              <w:top w:w="90" w:type="dxa"/>
              <w:left w:w="85" w:type="dxa"/>
              <w:bottom w:w="90" w:type="dxa"/>
              <w:right w:w="85" w:type="dxa"/>
            </w:tcMar>
          </w:tcPr>
          <w:p w14:paraId="03C27DE1" w14:textId="77777777" w:rsidR="003C1B6A" w:rsidRDefault="00B530F4">
            <w:pPr>
              <w:spacing w:after="140"/>
            </w:pPr>
            <w:r>
              <w:rPr>
                <w:b/>
                <w:sz w:val="17"/>
              </w:rPr>
              <w:t xml:space="preserve">Recruitment decision: </w:t>
            </w:r>
            <w:sdt>
              <w:sdtPr>
                <w:rPr>
                  <w:rFonts w:ascii="MS Gothic" w:hAnsi="MS Gothic" w:eastAsia="MS Gothic" w:cs="MS Gothic"/>
                  <w:b/>
                  <w:sz w:val="17"/>
                </w:rPr>
                <w:alias w:val="Recruitment team use only - Recruitment decision: Approved"/>
                <w:tag w:val="Recruitment team use only - Recruitment decision: Approved"/>
                <w:id w:val="700260"/>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Approved </w:t>
            </w:r>
            <w:sdt>
              <w:sdtPr>
                <w:rPr>
                  <w:rFonts w:ascii="MS Gothic" w:hAnsi="MS Gothic" w:eastAsia="MS Gothic" w:cs="MS Gothic"/>
                  <w:b/>
                  <w:sz w:val="17"/>
                </w:rPr>
                <w:alias w:val="Recruitment team use only - Recruitment decision: Pending"/>
                <w:tag w:val="Recruitment team use only - Recruitment decision: Pending"/>
                <w:id w:val="700261"/>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Pending </w:t>
            </w:r>
            <w:sdt>
              <w:sdtPr>
                <w:rPr>
                  <w:rFonts w:ascii="MS Gothic" w:hAnsi="MS Gothic" w:eastAsia="MS Gothic" w:cs="MS Gothic"/>
                  <w:b/>
                  <w:sz w:val="17"/>
                </w:rPr>
                <w:alias w:val="Recruitment team use only - Recruitment decision: Not approved"/>
                <w:tag w:val="Recruitment team use only - Recruitment decision: Not approved"/>
                <w:id w:val="700262"/>
                <w14:checkbox>
                  <w14:checked w14:val="0"/>
                  <w14:checkedState w14:val="2612" w14:font="MS Gothic"/>
                  <w14:uncheckedState w14:val="2610" w14:font="MS Gothic"/>
                </w14:checkbox>
              </w:sdtPr>
              <w:sdtContent>
                <w:r>
                  <w:rPr>
                    <w:rFonts w:ascii="MS Gothic" w:hAnsi="MS Gothic" w:eastAsia="MS Gothic" w:cs="MS Gothic"/>
                    <w:b/>
                    <w:sz w:val="17"/>
                  </w:rPr>
                  <w:t xml:space="preserve">☐</w:t>
                </w:r>
              </w:sdtContent>
            </w:sdt>
            <w:r>
              <w:rPr>
                <w:b/>
                <w:sz w:val="17"/>
              </w:rPr>
              <w:t xml:space="preserve"> Not approved</w:t>
            </w:r>
          </w:p>
          <w:p w14:paraId="5763D51D" w14:textId="77777777" w:rsidR="003C1B6A" w:rsidRDefault="00B530F4">
            <w:pPr>
              <w:spacing w:after="0"/>
            </w:pPr>
            <w:sdt>
              <w:sdtPr>
                <w:rPr>
                  <w:color w:val="A0AAA4"/>
                  <w:sz w:val="16"/>
                </w:rPr>
                <w:alias w:val="Recruitment team use only - Recruitment decision"/>
                <w:tag w:val="Recruitment team use only - Recruitment decision"/>
                <w:id w:val="700263"/>
                <w:showingPlcHdr/>
                <w:text/>
              </w:sdtPr>
              <w:sdtContent>
                <w:r>
                  <w:rPr>
                    <w:color w:val="A0AAA4"/>
                    <w:sz w:val="16"/>
                  </w:rPr>
                  <w:t xml:space="preserve">_________________________________________________________</w:t>
                </w:r>
              </w:sdtContent>
            </w:sdt>
          </w:p>
        </w:tc>
      </w:tr>
      <w:tr w:rsidR="003C1B6A" w14:paraId="2A8B7379" w14:textId="77777777">
        <w:trPr>
          <w:jc w:val="center"/>
        </w:trPr>
        <w:tc>
          <w:tcPr>
            <w:tcW w:w="5184" w:type="dxa"/>
            <w:shd w:val="clear" w:color="auto" w:fill="FFFFFF"/>
            <w:tcMar>
              <w:top w:w="90" w:type="dxa"/>
              <w:left w:w="85" w:type="dxa"/>
              <w:bottom w:w="90" w:type="dxa"/>
              <w:right w:w="85" w:type="dxa"/>
            </w:tcMar>
          </w:tcPr>
          <w:p w14:paraId="3A38BDBF" w14:textId="77777777" w:rsidR="003C1B6A" w:rsidRDefault="00B530F4">
            <w:pPr>
              <w:spacing w:after="140"/>
            </w:pPr>
            <w:r>
              <w:rPr>
                <w:b/>
                <w:sz w:val="17"/>
              </w:rPr>
              <w:t>Authorised by</w:t>
            </w:r>
          </w:p>
          <w:p w14:paraId="2DD41B1C" w14:textId="77777777" w:rsidR="003C1B6A" w:rsidRDefault="00B530F4">
            <w:pPr>
              <w:spacing w:after="0"/>
            </w:pPr>
            <w:sdt>
              <w:sdtPr>
                <w:rPr>
                  <w:color w:val="A0AAA4"/>
                  <w:sz w:val="16"/>
                </w:rPr>
                <w:alias w:val="Recruitment team use only - Authorised by"/>
                <w:tag w:val="Recruitment team use only - Authorised by"/>
                <w:id w:val="700264"/>
                <w:showingPlcHdr/>
                <w:text/>
              </w:sdtPr>
              <w:sdtContent>
                <w:r>
                  <w:rPr>
                    <w:color w:val="A0AAA4"/>
                    <w:sz w:val="16"/>
                  </w:rPr>
                  <w:t xml:space="preserve">_________________________________________________________</w:t>
                </w:r>
              </w:sdtContent>
            </w:sdt>
          </w:p>
        </w:tc>
        <w:tc>
          <w:tcPr>
            <w:tcW w:w="5184" w:type="dxa"/>
            <w:shd w:val="clear" w:color="auto" w:fill="FFFFFF"/>
            <w:tcMar>
              <w:top w:w="90" w:type="dxa"/>
              <w:left w:w="85" w:type="dxa"/>
              <w:bottom w:w="90" w:type="dxa"/>
              <w:right w:w="85" w:type="dxa"/>
            </w:tcMar>
          </w:tcPr>
          <w:p w14:paraId="3D20C907" w14:textId="77777777" w:rsidR="003C1B6A" w:rsidRDefault="00B530F4">
            <w:pPr>
              <w:spacing w:after="140"/>
            </w:pPr>
            <w:r>
              <w:rPr>
                <w:b/>
                <w:sz w:val="17"/>
              </w:rPr>
              <w:t>Signature / date</w:t>
            </w:r>
          </w:p>
          <w:p w14:paraId="2DCCF2CD" w14:textId="77777777" w:rsidR="003C1B6A" w:rsidRDefault="00B530F4">
            <w:pPr>
              <w:spacing w:after="0"/>
            </w:pPr>
            <w:sdt>
              <w:sdtPr>
                <w:rPr>
                  <w:color w:val="A0AAA4"/>
                  <w:sz w:val="16"/>
                </w:rPr>
                <w:alias w:val="Recruitment team use only - Signature / date"/>
                <w:tag w:val="Recruitment team use only - Signature / date"/>
                <w:id w:val="700265"/>
                <w:showingPlcHdr/>
                <w:text/>
              </w:sdtPr>
              <w:sdtContent>
                <w:r>
                  <w:rPr>
                    <w:color w:val="A0AAA4"/>
                    <w:sz w:val="16"/>
                  </w:rPr>
                  <w:t xml:space="preserve">_________________________________________________________</w:t>
                </w:r>
              </w:sdtContent>
            </w:sdt>
          </w:p>
        </w:tc>
      </w:tr>
    </w:tbl>
    <w:p w14:paraId="42D9A9FF" w14:textId="77777777" w:rsidR="00B530F4" w:rsidRDefault="00B530F4"/>
    <w:sectPr w:rsidR="00B530F4"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79F29" w14:textId="77777777" w:rsidR="00B530F4" w:rsidRDefault="00B530F4">
      <w:pPr>
        <w:spacing w:after="0" w:line="240" w:lineRule="auto"/>
      </w:pPr>
      <w:r>
        <w:separator/>
      </w:r>
    </w:p>
  </w:endnote>
  <w:endnote w:type="continuationSeparator" w:id="0">
    <w:p w14:paraId="1942E3F8" w14:textId="77777777" w:rsidR="00B530F4" w:rsidRDefault="00B53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F347" w14:textId="77777777" w:rsidR="003C1B6A" w:rsidRDefault="00B530F4">
    <w:pPr>
      <w:pStyle w:val="Footer"/>
      <w:jc w:val="center"/>
    </w:pPr>
    <w:r>
      <w:rPr>
        <w:b/>
        <w:color w:val="526B61"/>
        <w:sz w:val="15"/>
      </w:rPr>
      <w:t xml:space="preserve">PURE HEARTS SUPPORT SERVICES </w:t>
    </w:r>
    <w:proofErr w:type="gramStart"/>
    <w:r>
      <w:rPr>
        <w:b/>
        <w:color w:val="526B61"/>
        <w:sz w:val="15"/>
      </w:rPr>
      <w:t>LTD  •</w:t>
    </w:r>
    <w:proofErr w:type="gramEnd"/>
    <w:r>
      <w:rPr>
        <w:b/>
        <w:color w:val="526B61"/>
        <w:sz w:val="15"/>
      </w:rPr>
      <w:t xml:space="preserve">  COMPASSIONATE CARE, PURELY FOR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E1A7" w14:textId="77777777" w:rsidR="00B530F4" w:rsidRDefault="00B530F4">
      <w:pPr>
        <w:spacing w:after="0" w:line="240" w:lineRule="auto"/>
      </w:pPr>
      <w:r>
        <w:separator/>
      </w:r>
    </w:p>
  </w:footnote>
  <w:footnote w:type="continuationSeparator" w:id="0">
    <w:p w14:paraId="76196BAE" w14:textId="77777777" w:rsidR="00B530F4" w:rsidRDefault="00B53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99969" w14:textId="77777777" w:rsidR="003C1B6A" w:rsidRDefault="003C1B6A">
    <w:pPr>
      <w:pStyle w:val="Header"/>
      <w:pBdr>
        <w:bottom w:val="single" w:sz="16" w:space="5" w:color="F4C4CC"/>
      </w:pBdr>
    </w:pPr>
  </w:p>
  <w:tbl>
    <w:tblPr>
      <w:tblW w:w="0" w:type="auto"/>
      <w:jc w:val="center"/>
      <w:tblLook w:val="04A0" w:firstRow="1" w:lastRow="0" w:firstColumn="1" w:lastColumn="0" w:noHBand="0" w:noVBand="1"/>
    </w:tblPr>
    <w:tblGrid>
      <w:gridCol w:w="1800"/>
      <w:gridCol w:w="8424"/>
    </w:tblGrid>
    <w:tr w:rsidR="003C1B6A" w14:paraId="260446F3" w14:textId="77777777">
      <w:trPr>
        <w:jc w:val="center"/>
      </w:trPr>
      <w:tc>
        <w:tcPr>
          <w:tcW w:w="1800" w:type="dxa"/>
        </w:tcPr>
        <w:p w14:paraId="5F4F4A27" w14:textId="77777777" w:rsidR="003C1B6A" w:rsidRDefault="00B530F4">
          <w:pPr>
            <w:jc w:val="center"/>
          </w:pPr>
          <w:r>
            <w:rPr>
              <w:noProof/>
            </w:rPr>
            <w:drawing>
              <wp:inline distT="0" distB="0" distL="0" distR="0" wp14:anchorId="00111BCA" wp14:editId="2B63D798">
                <wp:extent cx="960120" cy="640080"/>
                <wp:effectExtent l="0" t="0" r="0" b="0"/>
                <wp:docPr id="1003758980" name="Picture 1003758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960120" cy="640080"/>
                        </a:xfrm>
                        <a:prstGeom prst="rect">
                          <a:avLst/>
                        </a:prstGeom>
                      </pic:spPr>
                    </pic:pic>
                  </a:graphicData>
                </a:graphic>
              </wp:inline>
            </w:drawing>
          </w:r>
        </w:p>
      </w:tc>
      <w:tc>
        <w:tcPr>
          <w:tcW w:w="8424" w:type="dxa"/>
        </w:tcPr>
        <w:p w14:paraId="7FDCA16A" w14:textId="77777777" w:rsidR="003C1B6A" w:rsidRDefault="00B530F4">
          <w:pPr>
            <w:spacing w:before="160"/>
          </w:pPr>
          <w:r>
            <w:rPr>
              <w:rFonts w:ascii="Aptos Display" w:hAnsi="Aptos Display"/>
              <w:b/>
              <w:sz w:val="32"/>
            </w:rPr>
            <w:t>PURE HEARTS</w:t>
          </w:r>
        </w:p>
        <w:p w14:paraId="4E296B40" w14:textId="77777777" w:rsidR="003C1B6A" w:rsidRDefault="00B530F4">
          <w:pPr>
            <w:spacing w:after="40"/>
          </w:pPr>
          <w:r>
            <w:rPr>
              <w:b/>
              <w:color w:val="526B61"/>
              <w:sz w:val="16"/>
            </w:rPr>
            <w:t xml:space="preserve">SUPPORT SERVICES </w:t>
          </w:r>
          <w:proofErr w:type="gramStart"/>
          <w:r>
            <w:rPr>
              <w:b/>
              <w:color w:val="526B61"/>
              <w:sz w:val="16"/>
            </w:rPr>
            <w:t>LTD  |</w:t>
          </w:r>
          <w:proofErr w:type="gramEnd"/>
          <w:r>
            <w:rPr>
              <w:b/>
              <w:color w:val="526B61"/>
              <w:sz w:val="16"/>
            </w:rPr>
            <w:t xml:space="preserve">  CARER RECRUITMENT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9736261">
    <w:abstractNumId w:val="8"/>
  </w:num>
  <w:num w:numId="2" w16cid:durableId="1020203186">
    <w:abstractNumId w:val="6"/>
  </w:num>
  <w:num w:numId="3" w16cid:durableId="1132139254">
    <w:abstractNumId w:val="5"/>
  </w:num>
  <w:num w:numId="4" w16cid:durableId="1143889390">
    <w:abstractNumId w:val="4"/>
  </w:num>
  <w:num w:numId="5" w16cid:durableId="898707847">
    <w:abstractNumId w:val="7"/>
  </w:num>
  <w:num w:numId="6" w16cid:durableId="707801011">
    <w:abstractNumId w:val="3"/>
  </w:num>
  <w:num w:numId="7" w16cid:durableId="693070585">
    <w:abstractNumId w:val="2"/>
  </w:num>
  <w:num w:numId="8" w16cid:durableId="1167016083">
    <w:abstractNumId w:val="1"/>
  </w:num>
  <w:num w:numId="9" w16cid:durableId="1216742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5AEC"/>
    <w:rsid w:val="0029639D"/>
    <w:rsid w:val="00326F90"/>
    <w:rsid w:val="003C1B6A"/>
    <w:rsid w:val="00AA1D8D"/>
    <w:rsid w:val="00B47730"/>
    <w:rsid w:val="00B530F4"/>
    <w:rsid w:val="00CB0664"/>
    <w:rsid w:val="00F823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3F0E6"/>
  <w14:defaultImageDpi w14:val="300"/>
  <w15:docId w15:val="{46DAB412-DF16-4524-BDEC-3EE8A81E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263D37"/>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2661</Words>
  <Characters>15172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victoria charles</cp:lastModifiedBy>
  <cp:revision>2</cp:revision>
  <dcterms:created xsi:type="dcterms:W3CDTF">2026-10-14T13:07:00Z</dcterms:created>
  <dcterms:modified xsi:type="dcterms:W3CDTF">2026-10-14T13:07:00Z</dcterms:modified>
  <cp:category/>
</cp:coreProperties>
</file>